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9322" w14:textId="77777777" w:rsidR="00B20E8B" w:rsidRPr="00CA71DA" w:rsidRDefault="00CA35AE">
      <w:pPr>
        <w:spacing w:after="40"/>
      </w:pPr>
      <w:r w:rsidRPr="00CA71DA">
        <w:rPr>
          <w:b/>
          <w:color w:val="666666"/>
          <w:sz w:val="21"/>
        </w:rPr>
        <w:t>CENTRUM USŁUG WSPÓLNYCH GMINY DOBCZYCE</w:t>
      </w:r>
    </w:p>
    <w:p w14:paraId="7BCC2809" w14:textId="77777777" w:rsidR="00B20E8B" w:rsidRPr="00CA71DA" w:rsidRDefault="00CA35AE">
      <w:pPr>
        <w:spacing w:after="80"/>
      </w:pPr>
      <w:r w:rsidRPr="00CA71DA">
        <w:rPr>
          <w:b/>
          <w:color w:val="000000"/>
          <w:sz w:val="48"/>
        </w:rPr>
        <w:t>ZAPYTANIE OFERTOWE</w:t>
      </w:r>
    </w:p>
    <w:p w14:paraId="6228D34F" w14:textId="77777777" w:rsidR="00B20E8B" w:rsidRPr="00CA71DA" w:rsidRDefault="00CA35AE">
      <w:pPr>
        <w:spacing w:after="280"/>
      </w:pPr>
      <w:r w:rsidRPr="00CA71DA">
        <w:rPr>
          <w:b/>
          <w:color w:val="1F4D78"/>
          <w:sz w:val="28"/>
        </w:rPr>
        <w:t>Przeprowadzenie szkoleń i kursów dla nauczycieli oraz szkoleń i warsztatów dla rodziców</w:t>
      </w:r>
    </w:p>
    <w:tbl>
      <w:tblPr>
        <w:tblW w:w="9355" w:type="dxa"/>
        <w:tblInd w:w="120" w:type="dxa"/>
        <w:tblBorders>
          <w:top w:val="single" w:sz="4" w:space="0" w:color="D0D5DD"/>
          <w:left w:val="single" w:sz="4" w:space="0" w:color="D0D5DD"/>
          <w:bottom w:val="single" w:sz="4" w:space="0" w:color="D0D5DD"/>
          <w:right w:val="single" w:sz="4" w:space="0" w:color="D0D5DD"/>
          <w:insideH w:val="single" w:sz="4" w:space="0" w:color="D0D5DD"/>
          <w:insideV w:val="single" w:sz="4" w:space="0" w:color="D0D5DD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6917"/>
      </w:tblGrid>
      <w:tr w:rsidR="00B20E8B" w:rsidRPr="00CA71DA" w14:paraId="2110C86D" w14:textId="77777777">
        <w:trPr>
          <w:cantSplit/>
        </w:trPr>
        <w:tc>
          <w:tcPr>
            <w:tcW w:w="243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F6938" w14:textId="77777777" w:rsidR="00B20E8B" w:rsidRPr="00CA71DA" w:rsidRDefault="00CA35AE">
            <w:r w:rsidRPr="00CA71DA">
              <w:rPr>
                <w:b/>
                <w:color w:val="1F4D78"/>
                <w:sz w:val="19"/>
              </w:rPr>
              <w:t>Projekt</w:t>
            </w:r>
          </w:p>
        </w:tc>
        <w:tc>
          <w:tcPr>
            <w:tcW w:w="69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47C49" w14:textId="77777777" w:rsidR="00B20E8B" w:rsidRPr="00CA71DA" w:rsidRDefault="00CA35AE">
            <w:r w:rsidRPr="00CA71DA">
              <w:rPr>
                <w:color w:val="000000"/>
                <w:sz w:val="19"/>
              </w:rPr>
              <w:t>„Rozwój edukacji włączającej w szkołach podstawowych w Gminie Dobczyce”</w:t>
            </w:r>
          </w:p>
        </w:tc>
      </w:tr>
      <w:tr w:rsidR="00B20E8B" w:rsidRPr="00CA71DA" w14:paraId="3B5B05AF" w14:textId="77777777">
        <w:trPr>
          <w:cantSplit/>
        </w:trPr>
        <w:tc>
          <w:tcPr>
            <w:tcW w:w="243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5B127" w14:textId="77777777" w:rsidR="00B20E8B" w:rsidRPr="00CA71DA" w:rsidRDefault="00CA35AE">
            <w:r w:rsidRPr="00CA71DA">
              <w:rPr>
                <w:b/>
                <w:color w:val="1F4D78"/>
                <w:sz w:val="19"/>
              </w:rPr>
              <w:t>Numer projektu</w:t>
            </w:r>
          </w:p>
        </w:tc>
        <w:tc>
          <w:tcPr>
            <w:tcW w:w="69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9D772" w14:textId="77777777" w:rsidR="00B20E8B" w:rsidRPr="00CA71DA" w:rsidRDefault="00CA35AE">
            <w:r w:rsidRPr="00CA71DA">
              <w:rPr>
                <w:color w:val="000000"/>
                <w:sz w:val="19"/>
              </w:rPr>
              <w:t>FEMP.06.10-IP.01-0200/24</w:t>
            </w:r>
          </w:p>
        </w:tc>
      </w:tr>
      <w:tr w:rsidR="00B20E8B" w:rsidRPr="00CA71DA" w14:paraId="555B1A80" w14:textId="77777777">
        <w:trPr>
          <w:cantSplit/>
        </w:trPr>
        <w:tc>
          <w:tcPr>
            <w:tcW w:w="243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F5D92D" w14:textId="77777777" w:rsidR="00B20E8B" w:rsidRPr="00CA71DA" w:rsidRDefault="00CA35AE">
            <w:r w:rsidRPr="00CA71DA">
              <w:rPr>
                <w:b/>
                <w:color w:val="1F4D78"/>
                <w:sz w:val="19"/>
              </w:rPr>
              <w:t>Termin składania ofert</w:t>
            </w:r>
          </w:p>
        </w:tc>
        <w:tc>
          <w:tcPr>
            <w:tcW w:w="69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995B94" w14:textId="77777777" w:rsidR="00B20E8B" w:rsidRPr="00CA71DA" w:rsidRDefault="00CA35AE">
            <w:r w:rsidRPr="00CA71DA">
              <w:rPr>
                <w:color w:val="000000"/>
                <w:sz w:val="19"/>
              </w:rPr>
              <w:t>21 sierpnia 2026 r., godz. 23:59</w:t>
            </w:r>
          </w:p>
        </w:tc>
      </w:tr>
      <w:tr w:rsidR="00B20E8B" w:rsidRPr="00CA71DA" w14:paraId="3BDF0F2C" w14:textId="77777777">
        <w:trPr>
          <w:cantSplit/>
        </w:trPr>
        <w:tc>
          <w:tcPr>
            <w:tcW w:w="243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148342" w14:textId="77777777" w:rsidR="00B20E8B" w:rsidRPr="00CA71DA" w:rsidRDefault="00CA35AE">
            <w:r w:rsidRPr="00CA71DA">
              <w:rPr>
                <w:b/>
                <w:color w:val="1F4D78"/>
                <w:sz w:val="19"/>
              </w:rPr>
              <w:t>Termin realizacji</w:t>
            </w:r>
          </w:p>
        </w:tc>
        <w:tc>
          <w:tcPr>
            <w:tcW w:w="69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FC3DE3" w14:textId="24AA1C55" w:rsidR="00B20E8B" w:rsidRPr="00CA71DA" w:rsidRDefault="00CA35AE">
            <w:r w:rsidRPr="00CA71DA">
              <w:rPr>
                <w:color w:val="000000"/>
                <w:sz w:val="19"/>
              </w:rPr>
              <w:t xml:space="preserve">od dnia zawarcia umowy do </w:t>
            </w:r>
            <w:r w:rsidR="00CA71DA" w:rsidRPr="00CA71DA">
              <w:rPr>
                <w:color w:val="000000"/>
                <w:sz w:val="19"/>
              </w:rPr>
              <w:t>31</w:t>
            </w:r>
            <w:r w:rsidRPr="00CA71DA">
              <w:rPr>
                <w:color w:val="000000"/>
                <w:sz w:val="19"/>
              </w:rPr>
              <w:t xml:space="preserve"> </w:t>
            </w:r>
            <w:r w:rsidR="00CA71DA" w:rsidRPr="00CA71DA">
              <w:rPr>
                <w:color w:val="000000"/>
                <w:sz w:val="19"/>
              </w:rPr>
              <w:t>grudnia</w:t>
            </w:r>
            <w:r w:rsidRPr="00CA71DA">
              <w:rPr>
                <w:color w:val="000000"/>
                <w:sz w:val="19"/>
              </w:rPr>
              <w:t xml:space="preserve"> 202</w:t>
            </w:r>
            <w:r w:rsidR="00CA71DA" w:rsidRPr="00CA71DA">
              <w:rPr>
                <w:color w:val="000000"/>
                <w:sz w:val="19"/>
              </w:rPr>
              <w:t>6</w:t>
            </w:r>
            <w:r w:rsidRPr="00CA71DA">
              <w:rPr>
                <w:color w:val="000000"/>
                <w:sz w:val="19"/>
              </w:rPr>
              <w:t xml:space="preserve"> r.</w:t>
            </w:r>
          </w:p>
        </w:tc>
      </w:tr>
    </w:tbl>
    <w:p w14:paraId="7755DF6D" w14:textId="77777777" w:rsidR="00B20E8B" w:rsidRPr="00CA71DA" w:rsidRDefault="00CA35AE">
      <w:pPr>
        <w:pStyle w:val="Nagwek1"/>
      </w:pPr>
      <w:r w:rsidRPr="00CA71DA">
        <w:t>1. Zamawiający</w:t>
      </w:r>
    </w:p>
    <w:p w14:paraId="34694DA3" w14:textId="78EED9DF" w:rsidR="00B20E8B" w:rsidRPr="00CA71DA" w:rsidRDefault="00CA35AE">
      <w:r w:rsidRPr="00CA71DA">
        <w:rPr>
          <w:b/>
        </w:rPr>
        <w:t>Gmina Dobczyce</w:t>
      </w:r>
      <w:r w:rsidRPr="00CA71DA">
        <w:t>, Rynek 26, 32-410 Dobczyce, NIP 681-100-44-43</w:t>
      </w:r>
      <w:r w:rsidRPr="00CA71DA">
        <w:br/>
        <w:t>działająca przez: Centrum Usług Wspólnych Gminy Dobczyce, ul. Jagiellońska 44H, 32-410 Dobczyce</w:t>
      </w:r>
      <w:r w:rsidRPr="00CA71DA">
        <w:br/>
        <w:t xml:space="preserve">tel. 12 37 31 150, </w:t>
      </w:r>
    </w:p>
    <w:p w14:paraId="46D43590" w14:textId="77777777" w:rsidR="00B20E8B" w:rsidRPr="00CA71DA" w:rsidRDefault="00CA35AE">
      <w:pPr>
        <w:pStyle w:val="Nagwek1"/>
      </w:pPr>
      <w:r w:rsidRPr="00CA71DA">
        <w:t>2. Przedmiot zamówienia</w:t>
      </w:r>
    </w:p>
    <w:p w14:paraId="5617BCDD" w14:textId="5D3CA461" w:rsidR="00B20E8B" w:rsidRPr="00CA71DA" w:rsidRDefault="00CA35AE">
      <w:r w:rsidRPr="00CA71DA">
        <w:t xml:space="preserve">Przedmiotem zamówienia jest przygotowanie i przeprowadzenie szkoleń, kursów i warsztatów wspierających rozwój edukacji włączającej w </w:t>
      </w:r>
      <w:r w:rsidR="00CA71DA">
        <w:t>sześciu</w:t>
      </w:r>
      <w:r w:rsidRPr="00CA71DA">
        <w:t xml:space="preserve"> szkołach podstawowych Gminy Dobczyce. Szczegółowy zakres zamówienia określono w Załączniku nr 1.</w:t>
      </w:r>
    </w:p>
    <w:tbl>
      <w:tblPr>
        <w:tblW w:w="9354" w:type="dxa"/>
        <w:tblInd w:w="120" w:type="dxa"/>
        <w:tblBorders>
          <w:top w:val="single" w:sz="0" w:space="0" w:color="E8EEF5"/>
          <w:left w:val="single" w:sz="0" w:space="0" w:color="E8EEF5"/>
          <w:bottom w:val="single" w:sz="0" w:space="0" w:color="E8EEF5"/>
          <w:right w:val="single" w:sz="0" w:space="0" w:color="E8EEF5"/>
          <w:insideH w:val="single" w:sz="0" w:space="0" w:color="E8EEF5"/>
          <w:insideV w:val="single" w:sz="0" w:space="0" w:color="E8EEF5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B20E8B" w:rsidRPr="00CA71DA" w14:paraId="302B8F7D" w14:textId="77777777">
        <w:trPr>
          <w:cantSplit/>
        </w:trPr>
        <w:tc>
          <w:tcPr>
            <w:tcW w:w="935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B5452C" w14:textId="77777777" w:rsidR="00B20E8B" w:rsidRPr="00CA71DA" w:rsidRDefault="00CA35AE">
            <w:pPr>
              <w:spacing w:after="0"/>
            </w:pPr>
            <w:r w:rsidRPr="00CA71DA">
              <w:rPr>
                <w:b/>
                <w:color w:val="1F4D78"/>
                <w:sz w:val="21"/>
              </w:rPr>
              <w:t xml:space="preserve">Oferty częściowe: </w:t>
            </w:r>
            <w:r w:rsidRPr="00CA71DA">
              <w:rPr>
                <w:color w:val="000000"/>
                <w:sz w:val="21"/>
              </w:rPr>
              <w:t>Wykonawca może złożyć ofertę na jedną, kilka albo wszystkie części. Każda część będzie oceniana i może zostać udzielona odrębnie.</w:t>
            </w:r>
          </w:p>
        </w:tc>
      </w:tr>
    </w:tbl>
    <w:p w14:paraId="122C7479" w14:textId="77777777" w:rsidR="00B20E8B" w:rsidRPr="00CA71DA" w:rsidRDefault="00B20E8B">
      <w:pPr>
        <w:spacing w:after="0"/>
      </w:pPr>
    </w:p>
    <w:p w14:paraId="2A8593FE" w14:textId="77777777" w:rsidR="00B20E8B" w:rsidRPr="00CA71DA" w:rsidRDefault="00CA35AE">
      <w:pPr>
        <w:pStyle w:val="Listapunktowana"/>
      </w:pPr>
      <w:r w:rsidRPr="00CA71DA">
        <w:t>Cena każdej części obejmuje wszystkie koszty: wynagrodzenie trenera, dojazd, materiały, narzędzia do weryfikacji efektów, zaświadczenia/certyfikaty oraz pozostałe koszty realizacji.</w:t>
      </w:r>
    </w:p>
    <w:p w14:paraId="618B2F51" w14:textId="77777777" w:rsidR="00B20E8B" w:rsidRPr="00CA71DA" w:rsidRDefault="00CA35AE">
      <w:pPr>
        <w:pStyle w:val="Listapunktowana"/>
      </w:pPr>
      <w:r w:rsidRPr="00CA71DA">
        <w:t>Szkolenia mogą być prowadzone stacjonarnie lub zdalnie, o ile dana część nie wymaga zajęć praktycznych, a wybrana forma zapewnia osiągnięcie i weryfikację efektów uczenia się.</w:t>
      </w:r>
    </w:p>
    <w:p w14:paraId="33A33189" w14:textId="77777777" w:rsidR="00B20E8B" w:rsidRPr="00CA71DA" w:rsidRDefault="00CA35AE">
      <w:pPr>
        <w:pStyle w:val="Listapunktowana"/>
      </w:pPr>
      <w:r w:rsidRPr="00CA71DA">
        <w:t>Przez godzinę szkoleniową rozumie się 45 minut, chyba że obowiązujący standard danego kursu kwalifikacyjnego wymaga innego wymiaru.</w:t>
      </w:r>
    </w:p>
    <w:p w14:paraId="16B018F5" w14:textId="77777777" w:rsidR="00B20E8B" w:rsidRPr="00CA71DA" w:rsidRDefault="00CA35AE">
      <w:pPr>
        <w:pStyle w:val="Nagwek1"/>
      </w:pPr>
      <w:r w:rsidRPr="00CA71DA">
        <w:t>3. Miejsca i organizacja realizacji</w:t>
      </w:r>
    </w:p>
    <w:p w14:paraId="7CBA2DB7" w14:textId="54B742AC" w:rsidR="00B20E8B" w:rsidRPr="00CA71DA" w:rsidRDefault="00CA35AE">
      <w:r w:rsidRPr="00CA71DA">
        <w:t>Szkolenia stacjonarne będą realizowane w odpowiedniej placówce lub w innym miejscu uzgodnionym z Zamawiającym:</w:t>
      </w:r>
    </w:p>
    <w:p w14:paraId="0D78C6F6" w14:textId="77777777" w:rsidR="00B20E8B" w:rsidRPr="00CA71DA" w:rsidRDefault="00CA35AE">
      <w:pPr>
        <w:pStyle w:val="Listapunktowana"/>
      </w:pPr>
      <w:r w:rsidRPr="00CA71DA">
        <w:t>Szkoła Podstawowa w Dziekanowicach, Dziekanowice 48A, 32-410 Dobczyce</w:t>
      </w:r>
    </w:p>
    <w:p w14:paraId="6D757A0C" w14:textId="77777777" w:rsidR="00B20E8B" w:rsidRPr="00CA71DA" w:rsidRDefault="00CA35AE">
      <w:pPr>
        <w:pStyle w:val="Listapunktowana"/>
      </w:pPr>
      <w:r w:rsidRPr="00CA71DA">
        <w:t>Szkoła Podstawowa w Stadnikach, Stadniki 148, 32-410 Dobczyce</w:t>
      </w:r>
    </w:p>
    <w:p w14:paraId="4ED7FE6B" w14:textId="77777777" w:rsidR="00B20E8B" w:rsidRPr="00CA71DA" w:rsidRDefault="00CA35AE">
      <w:pPr>
        <w:pStyle w:val="Listapunktowana"/>
      </w:pPr>
      <w:r w:rsidRPr="00CA71DA">
        <w:t>Szkoła Podstawowa w Brzączowicach, Brzączowice 186, 32-410 Dobczyce</w:t>
      </w:r>
    </w:p>
    <w:p w14:paraId="4F48239D" w14:textId="77777777" w:rsidR="00B20E8B" w:rsidRPr="00CA71DA" w:rsidRDefault="00CA35AE">
      <w:pPr>
        <w:pStyle w:val="Listapunktowana"/>
      </w:pPr>
      <w:r w:rsidRPr="00CA71DA">
        <w:t>Szkoła Podstawowa w Nowej Wsi, Nowa Wieś 16, 32-410 Dobczyce</w:t>
      </w:r>
    </w:p>
    <w:p w14:paraId="1D8B2896" w14:textId="77777777" w:rsidR="00B20E8B" w:rsidRPr="00CA71DA" w:rsidRDefault="00CA35AE">
      <w:pPr>
        <w:pStyle w:val="Listapunktowana"/>
      </w:pPr>
      <w:r w:rsidRPr="00CA71DA">
        <w:t>Szkoła Podstawowa w Kornatce, Kornatka 105, 32-410 Dobczyce</w:t>
      </w:r>
    </w:p>
    <w:p w14:paraId="751DD380" w14:textId="77777777" w:rsidR="00F76E0C" w:rsidRDefault="00CA35AE" w:rsidP="00F76E0C">
      <w:pPr>
        <w:pStyle w:val="Listapunktowana"/>
      </w:pPr>
      <w:r w:rsidRPr="00CA71DA">
        <w:lastRenderedPageBreak/>
        <w:t>Szkoła Podstawowa nr 2 w Dobczycach, ul. Szkolna 43, 32-410 Dobczyce</w:t>
      </w:r>
    </w:p>
    <w:p w14:paraId="22A78E86" w14:textId="77777777" w:rsidR="00F76E0C" w:rsidRDefault="00F76E0C" w:rsidP="00F76E0C">
      <w:pPr>
        <w:pStyle w:val="Listapunktowana"/>
        <w:numPr>
          <w:ilvl w:val="0"/>
          <w:numId w:val="0"/>
        </w:numPr>
      </w:pPr>
    </w:p>
    <w:p w14:paraId="65D6887A" w14:textId="1447D448" w:rsidR="00F76E0C" w:rsidRPr="00F76E0C" w:rsidRDefault="00F76E0C" w:rsidP="00F76E0C">
      <w:pPr>
        <w:pStyle w:val="Listapunktowana"/>
        <w:numPr>
          <w:ilvl w:val="0"/>
          <w:numId w:val="0"/>
        </w:numPr>
      </w:pPr>
      <w:r w:rsidRPr="00F76E0C">
        <w:t>Dokładne terminy i godziny poszczególnych szkoleń zostaną ustalone z dyrektorem właściwej szkoły. Szkolenie zostanie przeprowadzone w formie wskazanej przez Wykonawcę w ofercie.</w:t>
      </w:r>
    </w:p>
    <w:p w14:paraId="679987EF" w14:textId="459678BA" w:rsidR="00B20E8B" w:rsidRPr="00CA71DA" w:rsidRDefault="00CA35AE">
      <w:pPr>
        <w:pStyle w:val="Nagwek1"/>
      </w:pPr>
      <w:r w:rsidRPr="00CA71DA">
        <w:t>4. Obowiązki Wykonawcy</w:t>
      </w:r>
    </w:p>
    <w:p w14:paraId="0800B764" w14:textId="0D909441" w:rsidR="00B20E8B" w:rsidRPr="00F7600A" w:rsidRDefault="00CA35AE">
      <w:pPr>
        <w:pStyle w:val="Listapunktowana"/>
      </w:pPr>
      <w:r w:rsidRPr="00F7600A">
        <w:t>opracowanie programu zgodnego z tematyką i wymiarem określonym dla danej części</w:t>
      </w:r>
      <w:r w:rsidR="00F7600A">
        <w:t>;</w:t>
      </w:r>
      <w:r w:rsidRPr="00F7600A">
        <w:t xml:space="preserve"> </w:t>
      </w:r>
    </w:p>
    <w:p w14:paraId="1E882975" w14:textId="2FFA9C66" w:rsidR="00B20E8B" w:rsidRPr="00CA71DA" w:rsidRDefault="00CA35AE">
      <w:pPr>
        <w:pStyle w:val="Listapunktowana"/>
      </w:pPr>
      <w:r w:rsidRPr="00CA71DA">
        <w:t>zapewnienie kadry posiadającej wykształcenie</w:t>
      </w:r>
      <w:r w:rsidR="008511C7">
        <w:t xml:space="preserve"> i </w:t>
      </w:r>
      <w:r w:rsidRPr="00CA71DA">
        <w:t>kwalifikacje odpowiednie do tematu szkolenia;</w:t>
      </w:r>
    </w:p>
    <w:p w14:paraId="68AB34D5" w14:textId="77777777" w:rsidR="00B20E8B" w:rsidRPr="00CA71DA" w:rsidRDefault="00CA35AE">
      <w:pPr>
        <w:pStyle w:val="Listapunktowana"/>
      </w:pPr>
      <w:r w:rsidRPr="00CA71DA">
        <w:t>przekazanie uczestnikom materiałów szkoleniowych w formie papierowej lub elektronicznej;</w:t>
      </w:r>
    </w:p>
    <w:p w14:paraId="04B35DFA" w14:textId="6D28F259" w:rsidR="00B20E8B" w:rsidRPr="00CA71DA" w:rsidRDefault="00CA35AE">
      <w:pPr>
        <w:pStyle w:val="Listapunktowana"/>
      </w:pPr>
      <w:r w:rsidRPr="00CA71DA">
        <w:t>prowadzenie dokumentacji: programu</w:t>
      </w:r>
      <w:r w:rsidR="00580D46">
        <w:t xml:space="preserve"> oraz </w:t>
      </w:r>
      <w:r w:rsidRPr="00CA71DA">
        <w:t>listy obecności z tematyką</w:t>
      </w:r>
      <w:r w:rsidR="00580D46">
        <w:t xml:space="preserve"> zajęć</w:t>
      </w:r>
      <w:r w:rsidRPr="00CA71DA">
        <w:t xml:space="preserve"> </w:t>
      </w:r>
      <w:r w:rsidR="00580D46">
        <w:t xml:space="preserve">z </w:t>
      </w:r>
      <w:r w:rsidRPr="00CA71DA">
        <w:t>liczbą godzin;</w:t>
      </w:r>
    </w:p>
    <w:p w14:paraId="6FAE2966" w14:textId="3000B33C" w:rsidR="00B20E8B" w:rsidRPr="00CA71DA" w:rsidRDefault="00CA35AE">
      <w:pPr>
        <w:pStyle w:val="Listapunktowana"/>
      </w:pPr>
      <w:r w:rsidRPr="00CA71DA">
        <w:t>wydanie imiennych zaświadczeń lub certyfikatów;</w:t>
      </w:r>
    </w:p>
    <w:p w14:paraId="07771396" w14:textId="75D21E06" w:rsidR="00B20E8B" w:rsidRPr="00CA71DA" w:rsidRDefault="00CA35AE">
      <w:pPr>
        <w:pStyle w:val="Listapunktowana"/>
      </w:pPr>
      <w:r w:rsidRPr="00CA71DA">
        <w:t xml:space="preserve">przekazanie kompletnej dokumentacji rozliczeniowej w terminie 7 dni od zakończenia </w:t>
      </w:r>
      <w:r w:rsidR="004E4BF6">
        <w:t>szkolenia</w:t>
      </w:r>
      <w:r w:rsidRPr="00CA71DA">
        <w:t>.</w:t>
      </w:r>
    </w:p>
    <w:p w14:paraId="7E3719C3" w14:textId="77777777" w:rsidR="00B20E8B" w:rsidRPr="00CA71DA" w:rsidRDefault="00CA35AE" w:rsidP="001347B0">
      <w:pPr>
        <w:pStyle w:val="Nagwek1"/>
        <w:keepNext w:val="0"/>
        <w:keepLines w:val="0"/>
        <w:widowControl w:val="0"/>
      </w:pPr>
      <w:r w:rsidRPr="00CA71DA">
        <w:t>5. Warunki udziału</w:t>
      </w:r>
    </w:p>
    <w:p w14:paraId="22E4377E" w14:textId="77777777" w:rsidR="00B20E8B" w:rsidRPr="00CA71DA" w:rsidRDefault="00CA35AE">
      <w:r w:rsidRPr="00CA71DA">
        <w:t>O udzielenie zamówienia mogą ubiegać się Wykonawcy, którzy:</w:t>
      </w:r>
    </w:p>
    <w:p w14:paraId="283194BF" w14:textId="77777777" w:rsidR="00B20E8B" w:rsidRPr="00CA71DA" w:rsidRDefault="00CA35AE">
      <w:pPr>
        <w:pStyle w:val="Listapunktowana"/>
      </w:pPr>
      <w:r w:rsidRPr="00CA71DA">
        <w:t>prowadzą działalność umożliwiającą zgodną z prawem realizację oferowanej części;</w:t>
      </w:r>
    </w:p>
    <w:p w14:paraId="1124312A" w14:textId="158596A8" w:rsidR="00B20E8B" w:rsidRPr="00CA71DA" w:rsidRDefault="00CA35AE">
      <w:pPr>
        <w:pStyle w:val="Listapunktowana"/>
      </w:pPr>
      <w:r w:rsidRPr="00CA71DA">
        <w:t>dysponują osobami zdolnymi do wykonania zamówienia, których kwalifikacje odpowiadają tematyce szkolenia;</w:t>
      </w:r>
    </w:p>
    <w:p w14:paraId="66663173" w14:textId="0A0D621F" w:rsidR="00F76E0C" w:rsidRPr="00F76E0C" w:rsidRDefault="00CA35AE" w:rsidP="00F76E0C">
      <w:pPr>
        <w:pStyle w:val="Listapunktowana"/>
      </w:pPr>
      <w:r w:rsidRPr="00CA71DA">
        <w:t>nie zachodzi wobec nich konflikt interesów ani powiązanie osobowe lub kapitałowe mogące naruszyć bezstronność post</w:t>
      </w:r>
      <w:r w:rsidR="00F76E0C">
        <w:t>ę</w:t>
      </w:r>
      <w:r w:rsidRPr="00CA71DA">
        <w:t>powania.</w:t>
      </w:r>
    </w:p>
    <w:p w14:paraId="3CA52EA5" w14:textId="090218FE" w:rsidR="00B20E8B" w:rsidRPr="00CA71DA" w:rsidRDefault="00CA35AE" w:rsidP="001347B0">
      <w:pPr>
        <w:pStyle w:val="Nagwek1"/>
        <w:keepNext w:val="0"/>
        <w:keepLines w:val="0"/>
        <w:widowControl w:val="0"/>
      </w:pPr>
      <w:r w:rsidRPr="00CA71DA">
        <w:t>6. Sposób obliczenia ceny i kryteri</w:t>
      </w:r>
      <w:r w:rsidR="008511C7">
        <w:t>a</w:t>
      </w:r>
      <w:r w:rsidRPr="00CA71DA">
        <w:t xml:space="preserve"> oceny</w:t>
      </w:r>
    </w:p>
    <w:p w14:paraId="26D7EBA3" w14:textId="6D02890D" w:rsidR="003F39D1" w:rsidRDefault="003F39D1" w:rsidP="001347B0">
      <w:pPr>
        <w:pStyle w:val="Nagwek1"/>
        <w:keepNext w:val="0"/>
        <w:keepLines w:val="0"/>
        <w:widowControl w:val="0"/>
        <w:numPr>
          <w:ilvl w:val="0"/>
          <w:numId w:val="10"/>
        </w:numPr>
        <w:spacing w:before="0" w:after="0"/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</w:pPr>
      <w:r w:rsidRPr="003F39D1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Ocena ofert zostanie przeprowadzona odrębnie dla </w:t>
      </w:r>
      <w:r w:rsidR="00F76E0C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każdej części zamówienia</w:t>
      </w:r>
      <w:r w:rsidRPr="003F39D1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.</w:t>
      </w:r>
    </w:p>
    <w:p w14:paraId="4847B579" w14:textId="519D9C9E" w:rsidR="003F39D1" w:rsidRPr="003F39D1" w:rsidRDefault="003F39D1" w:rsidP="001347B0">
      <w:pPr>
        <w:pStyle w:val="Nagwek1"/>
        <w:keepNext w:val="0"/>
        <w:keepLines w:val="0"/>
        <w:widowControl w:val="0"/>
        <w:numPr>
          <w:ilvl w:val="0"/>
          <w:numId w:val="10"/>
        </w:numPr>
        <w:spacing w:before="0" w:after="0"/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</w:pPr>
      <w:r w:rsidRPr="003F39D1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Oferty zostaną ocenione według następujących kryteriów: forma stacjonarna – 60 punktów; cena brutto – maksymalnie 40 punktów.</w:t>
      </w:r>
    </w:p>
    <w:p w14:paraId="48410AF1" w14:textId="5AB0BDAC" w:rsidR="003F39D1" w:rsidRPr="003F39D1" w:rsidRDefault="003F39D1" w:rsidP="001347B0">
      <w:pPr>
        <w:pStyle w:val="Nagwek1"/>
        <w:keepNext w:val="0"/>
        <w:keepLines w:val="0"/>
        <w:widowControl w:val="0"/>
        <w:numPr>
          <w:ilvl w:val="0"/>
          <w:numId w:val="10"/>
        </w:numPr>
        <w:spacing w:before="0" w:after="0"/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</w:pPr>
      <w:r w:rsidRPr="003F39D1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Punkty w kryterium „cena brutto” zostaną obliczone według wzoru: C = (najniższa cena brutto / cena brutto ocenianej oferty) × 40 punktów.</w:t>
      </w:r>
    </w:p>
    <w:p w14:paraId="73679801" w14:textId="505F7B95" w:rsidR="003F39D1" w:rsidRDefault="003F39D1" w:rsidP="001347B0">
      <w:pPr>
        <w:pStyle w:val="Nagwek1"/>
        <w:keepNext w:val="0"/>
        <w:keepLines w:val="0"/>
        <w:widowControl w:val="0"/>
        <w:numPr>
          <w:ilvl w:val="0"/>
          <w:numId w:val="10"/>
        </w:numPr>
        <w:spacing w:before="0" w:after="0"/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</w:pPr>
      <w:r w:rsidRPr="003F39D1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W kryterium „forma realizacji” oferta przewidująca szkolenie stacjonarne otrzyma 60 punktów, a oferta przewidująca szkolenie zdalne, e-learningowe albo mieszane – 0 punktów.</w:t>
      </w:r>
    </w:p>
    <w:p w14:paraId="20AD2EDA" w14:textId="6966B613" w:rsidR="00A91DF2" w:rsidRPr="00A91DF2" w:rsidRDefault="00A91DF2" w:rsidP="00A91DF2">
      <w:pPr>
        <w:pStyle w:val="Akapitzlist"/>
        <w:numPr>
          <w:ilvl w:val="0"/>
          <w:numId w:val="10"/>
        </w:numPr>
        <w:spacing w:after="0"/>
      </w:pPr>
      <w:r w:rsidRPr="00A91DF2">
        <w:t>Maksymalna liczba punktów możliwych do uzyskania wynosi 100.</w:t>
      </w:r>
    </w:p>
    <w:p w14:paraId="603BBF05" w14:textId="6CC69153" w:rsidR="003F39D1" w:rsidRDefault="003F39D1" w:rsidP="00A91DF2">
      <w:pPr>
        <w:pStyle w:val="Nagwek1"/>
        <w:keepNext w:val="0"/>
        <w:keepLines w:val="0"/>
        <w:widowControl w:val="0"/>
        <w:numPr>
          <w:ilvl w:val="0"/>
          <w:numId w:val="10"/>
        </w:numPr>
        <w:spacing w:before="0" w:after="0" w:line="240" w:lineRule="auto"/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</w:pPr>
      <w:r w:rsidRPr="004F6247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Za najkorzystniejszą w danej części zostanie uznana oferta, która uzyska najwyższą łączną liczbę punktów</w:t>
      </w:r>
      <w:r w:rsidR="004F6247" w:rsidRPr="004F6247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.</w:t>
      </w:r>
    </w:p>
    <w:p w14:paraId="2DE9AF17" w14:textId="61BFB9D5" w:rsidR="00580D46" w:rsidRDefault="00A91DF2" w:rsidP="00580D46">
      <w:pPr>
        <w:pStyle w:val="Akapitzlist"/>
        <w:numPr>
          <w:ilvl w:val="0"/>
          <w:numId w:val="10"/>
        </w:numPr>
      </w:pPr>
      <w:r w:rsidRPr="00A91DF2">
        <w:t>Jeżeli dwie lub więcej ofert uzyskają taką samą łączną liczbę punktów, za najkorzystniejszą zostanie uznana oferta zawierająca niższą cenę brutto.</w:t>
      </w:r>
    </w:p>
    <w:p w14:paraId="74A80600" w14:textId="77777777" w:rsidR="006F1C17" w:rsidRDefault="006F1C17" w:rsidP="006F1C17">
      <w:pPr>
        <w:pStyle w:val="Akapitzlist"/>
      </w:pPr>
    </w:p>
    <w:p w14:paraId="79A44405" w14:textId="77777777" w:rsidR="006F1C17" w:rsidRDefault="006F1C17" w:rsidP="006F1C17">
      <w:pPr>
        <w:pStyle w:val="Akapitzlist"/>
      </w:pPr>
    </w:p>
    <w:p w14:paraId="7ACE572F" w14:textId="77777777" w:rsidR="006F1C17" w:rsidRDefault="006F1C17" w:rsidP="006F1C17">
      <w:pPr>
        <w:pStyle w:val="Akapitzlist"/>
      </w:pPr>
    </w:p>
    <w:p w14:paraId="16D15D06" w14:textId="77777777" w:rsidR="006F1C17" w:rsidRDefault="006F1C17" w:rsidP="006F1C17">
      <w:pPr>
        <w:pStyle w:val="Akapitzlist"/>
      </w:pPr>
    </w:p>
    <w:p w14:paraId="521CC11C" w14:textId="77777777" w:rsidR="006F1C17" w:rsidRDefault="006F1C17" w:rsidP="006F1C17">
      <w:pPr>
        <w:pStyle w:val="Akapitzlist"/>
      </w:pPr>
    </w:p>
    <w:p w14:paraId="29EEEB93" w14:textId="77777777" w:rsidR="006F1C17" w:rsidRDefault="006F1C17" w:rsidP="006F1C17">
      <w:pPr>
        <w:pStyle w:val="Akapitzlist"/>
      </w:pPr>
    </w:p>
    <w:p w14:paraId="36449B2C" w14:textId="77777777" w:rsidR="00B85178" w:rsidRPr="00580D46" w:rsidRDefault="00B85178" w:rsidP="006F1C17">
      <w:pPr>
        <w:pStyle w:val="Akapitzlist"/>
      </w:pPr>
    </w:p>
    <w:p w14:paraId="6DD5177A" w14:textId="7C5A2D8C" w:rsidR="00B20E8B" w:rsidRPr="00CA71DA" w:rsidRDefault="00A91DF2" w:rsidP="001347B0">
      <w:pPr>
        <w:pStyle w:val="Nagwek1"/>
        <w:keepNext w:val="0"/>
        <w:keepLines w:val="0"/>
        <w:widowControl w:val="0"/>
      </w:pPr>
      <w:r>
        <w:lastRenderedPageBreak/>
        <w:t xml:space="preserve">7. Termin i sposób </w:t>
      </w:r>
      <w:r w:rsidR="00CA35AE" w:rsidRPr="00CA71DA">
        <w:t>złożenia oferty</w:t>
      </w:r>
    </w:p>
    <w:tbl>
      <w:tblPr>
        <w:tblW w:w="9354" w:type="dxa"/>
        <w:tblInd w:w="120" w:type="dxa"/>
        <w:tblBorders>
          <w:top w:val="single" w:sz="0" w:space="0" w:color="FFF2CC"/>
          <w:left w:val="single" w:sz="0" w:space="0" w:color="FFF2CC"/>
          <w:bottom w:val="single" w:sz="0" w:space="0" w:color="FFF2CC"/>
          <w:right w:val="single" w:sz="0" w:space="0" w:color="FFF2CC"/>
          <w:insideH w:val="single" w:sz="0" w:space="0" w:color="FFF2CC"/>
          <w:insideV w:val="single" w:sz="0" w:space="0" w:color="FFF2CC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B20E8B" w:rsidRPr="00CA71DA" w14:paraId="4DE6068D" w14:textId="77777777">
        <w:trPr>
          <w:cantSplit/>
        </w:trPr>
        <w:tc>
          <w:tcPr>
            <w:tcW w:w="9354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F28BB3" w14:textId="77777777" w:rsidR="00B20E8B" w:rsidRPr="00CA71DA" w:rsidRDefault="00CA35AE" w:rsidP="001347B0">
            <w:pPr>
              <w:widowControl w:val="0"/>
              <w:spacing w:after="0"/>
            </w:pPr>
            <w:r w:rsidRPr="00CA71DA">
              <w:rPr>
                <w:b/>
                <w:color w:val="1F4D78"/>
                <w:sz w:val="21"/>
              </w:rPr>
              <w:t xml:space="preserve">Termin: </w:t>
            </w:r>
            <w:r w:rsidRPr="00CA71DA">
              <w:rPr>
                <w:color w:val="000000"/>
                <w:sz w:val="21"/>
              </w:rPr>
              <w:t>ofertę należy przesłać do 21 sierpnia 2026 r. do godz. 23:59.</w:t>
            </w:r>
          </w:p>
        </w:tc>
      </w:tr>
    </w:tbl>
    <w:p w14:paraId="0C9635BA" w14:textId="77777777" w:rsidR="00B20E8B" w:rsidRPr="00CA71DA" w:rsidRDefault="00B20E8B" w:rsidP="001347B0">
      <w:pPr>
        <w:widowControl w:val="0"/>
        <w:spacing w:after="0"/>
      </w:pPr>
    </w:p>
    <w:p w14:paraId="7997E6A0" w14:textId="579A4B6E" w:rsidR="00B20E8B" w:rsidRPr="00CA71DA" w:rsidRDefault="00CA35AE" w:rsidP="001347B0">
      <w:pPr>
        <w:pStyle w:val="Listapunktowana"/>
        <w:widowControl w:val="0"/>
      </w:pPr>
      <w:r w:rsidRPr="00CA71DA">
        <w:t xml:space="preserve">Oferta powinna zostać przesłana w formie skanu podpisanego dokumentu lub dokumentu podpisanego elektronicznie na adres: </w:t>
      </w:r>
      <w:r w:rsidR="003F39D1">
        <w:t>jmisiorek</w:t>
      </w:r>
      <w:r w:rsidRPr="00CA71DA">
        <w:t>@cuw.dobczyce.pl.</w:t>
      </w:r>
    </w:p>
    <w:p w14:paraId="537781F5" w14:textId="3DA88A53" w:rsidR="00B20E8B" w:rsidRPr="00CA71DA" w:rsidRDefault="00CA35AE" w:rsidP="001347B0">
      <w:pPr>
        <w:pStyle w:val="Listapunktowana"/>
        <w:widowControl w:val="0"/>
      </w:pPr>
      <w:r w:rsidRPr="00CA71DA">
        <w:t>Temat wiadomości: „Oferta – szkolenia</w:t>
      </w:r>
      <w:r w:rsidR="00A905FD">
        <w:t xml:space="preserve"> REW</w:t>
      </w:r>
      <w:r w:rsidRPr="00CA71DA">
        <w:t>”.</w:t>
      </w:r>
    </w:p>
    <w:p w14:paraId="2AC17B55" w14:textId="05CF54D8" w:rsidR="00B20E8B" w:rsidRPr="00CA71DA" w:rsidRDefault="00CA35AE" w:rsidP="001347B0">
      <w:pPr>
        <w:pStyle w:val="Listapunktowana"/>
        <w:widowControl w:val="0"/>
      </w:pPr>
      <w:r w:rsidRPr="00CA71DA">
        <w:t>Oferta musi zawierać wypełniony formularz stanowiący Załącznik nr 2.</w:t>
      </w:r>
    </w:p>
    <w:p w14:paraId="5BA531DC" w14:textId="77777777" w:rsidR="00B20E8B" w:rsidRPr="00CA71DA" w:rsidRDefault="00CA35AE" w:rsidP="001347B0">
      <w:pPr>
        <w:pStyle w:val="Listapunktowana"/>
        <w:widowControl w:val="0"/>
      </w:pPr>
      <w:r w:rsidRPr="00CA71DA">
        <w:t>Termin związania ofertą: 30 dni od upływu terminu składania ofert.</w:t>
      </w:r>
    </w:p>
    <w:p w14:paraId="6B76B7C9" w14:textId="77777777" w:rsidR="00B20E8B" w:rsidRPr="00CA71DA" w:rsidRDefault="00CA35AE" w:rsidP="001347B0">
      <w:pPr>
        <w:pStyle w:val="Nagwek1"/>
        <w:keepNext w:val="0"/>
        <w:keepLines w:val="0"/>
        <w:widowControl w:val="0"/>
      </w:pPr>
      <w:r w:rsidRPr="00CA71DA">
        <w:t>8. Pozostałe postanowienia</w:t>
      </w:r>
    </w:p>
    <w:p w14:paraId="51833EF5" w14:textId="77777777" w:rsidR="003F39D1" w:rsidRDefault="003F39D1" w:rsidP="006C1B1C">
      <w:pPr>
        <w:pStyle w:val="Akapitzlist"/>
        <w:widowControl w:val="0"/>
        <w:numPr>
          <w:ilvl w:val="0"/>
          <w:numId w:val="11"/>
        </w:numPr>
        <w:spacing w:after="0"/>
        <w:jc w:val="both"/>
      </w:pPr>
      <w:r>
        <w:t>Jeżeli wszystkie oferty dotyczące danej części przekroczą maksymalną kwotę przeznaczoną na jej realizację, Zamawiający może – przed unieważnieniem tej części – przeprowadzić negocjacje cenowe z Wykonawcą, którego oferta uzyskałaby najwyższą liczbę punktów, bez zmiany pozostałych warunków oferty.</w:t>
      </w:r>
    </w:p>
    <w:p w14:paraId="7B0D1C9C" w14:textId="4CFEFD72" w:rsidR="003F39D1" w:rsidRPr="00817662" w:rsidRDefault="003F39D1" w:rsidP="006C1B1C">
      <w:pPr>
        <w:pStyle w:val="Akapitzlist"/>
        <w:widowControl w:val="0"/>
        <w:numPr>
          <w:ilvl w:val="0"/>
          <w:numId w:val="11"/>
        </w:numPr>
        <w:spacing w:after="0"/>
        <w:jc w:val="both"/>
      </w:pPr>
      <w:r>
        <w:t xml:space="preserve">Zamawiający zastrzega sobie prawo do unieważnienia postępowania w całości albo </w:t>
      </w:r>
      <w:r w:rsidR="006C1B1C">
        <w:br/>
      </w:r>
      <w:r>
        <w:t>w odniesieniu do jednej lub kilku części, na każdym etapie przed zawarciem umowy,</w:t>
      </w:r>
      <w:r w:rsidR="006C1B1C">
        <w:br/>
      </w:r>
      <w:r>
        <w:t>w</w:t>
      </w:r>
      <w:r w:rsidR="006C1B1C">
        <w:t xml:space="preserve"> </w:t>
      </w:r>
      <w:r>
        <w:t>szczególnośc</w:t>
      </w:r>
      <w:r w:rsidR="006C1B1C">
        <w:t>i</w:t>
      </w:r>
      <w:r>
        <w:t xml:space="preserve"> gdy nie wpłynie oferta zgodna z wymaganiami, cena najkorzystniejszej oferty przekroczy dostępne środki albo wystąpią inne uzasadnione okoliczności uniemożliwiające lub czyniące niecelową realizację zamówienia</w:t>
      </w:r>
      <w:r w:rsidRPr="00817662">
        <w:t>. O unieważnieniu Zamawiający poinformuje Wykonawców, którzy złożyli oferty.</w:t>
      </w:r>
    </w:p>
    <w:p w14:paraId="0BB089BB" w14:textId="26E0D758" w:rsidR="003F39D1" w:rsidRDefault="003F39D1" w:rsidP="006C1B1C">
      <w:pPr>
        <w:pStyle w:val="Akapitzlist"/>
        <w:widowControl w:val="0"/>
        <w:numPr>
          <w:ilvl w:val="0"/>
          <w:numId w:val="11"/>
        </w:numPr>
        <w:spacing w:after="0"/>
        <w:jc w:val="both"/>
      </w:pPr>
      <w:r>
        <w:t>Wybór oferty nie stanowi zawarcia umowy. Realizacja nastąpi po podpisaniu umowy.</w:t>
      </w:r>
    </w:p>
    <w:p w14:paraId="3DFEB53D" w14:textId="340986A8" w:rsidR="003F39D1" w:rsidRDefault="003F39D1" w:rsidP="006C1B1C">
      <w:pPr>
        <w:pStyle w:val="Akapitzlist"/>
        <w:widowControl w:val="0"/>
        <w:numPr>
          <w:ilvl w:val="0"/>
          <w:numId w:val="11"/>
        </w:numPr>
        <w:spacing w:after="0"/>
        <w:jc w:val="both"/>
      </w:pPr>
      <w:r>
        <w:t xml:space="preserve">Zapłata nastąpi przelewem w terminie do </w:t>
      </w:r>
      <w:r w:rsidR="00537CAB">
        <w:t>14</w:t>
      </w:r>
      <w:r>
        <w:t xml:space="preserve"> dni od otrzymania prawidłowo wystawionej faktury/rachunku i przyjęcia kompletnej dokumentacji</w:t>
      </w:r>
      <w:r w:rsidR="006C1B1C">
        <w:t xml:space="preserve"> rozliczeniowej</w:t>
      </w:r>
      <w:r>
        <w:t xml:space="preserve"> danej części.</w:t>
      </w:r>
    </w:p>
    <w:p w14:paraId="34EE8070" w14:textId="3037DEEC" w:rsidR="003F39D1" w:rsidRDefault="003F39D1" w:rsidP="006C1B1C">
      <w:pPr>
        <w:pStyle w:val="Akapitzlist"/>
        <w:widowControl w:val="0"/>
        <w:numPr>
          <w:ilvl w:val="0"/>
          <w:numId w:val="11"/>
        </w:numPr>
        <w:spacing w:after="0"/>
        <w:jc w:val="both"/>
      </w:pPr>
      <w:r>
        <w:t>Dane do faktury: Gmina Dobczyce, Rynek 26, 32-410 Dobczyce, NIP 681-100-44-43; odbiorca: Centrum Usług Wspólnych Gminy Dobczyce, ul. Jagiellońska 44H, 32-410 Dobczyce</w:t>
      </w:r>
      <w:r w:rsidR="00537CAB">
        <w:t>, NIP 681-206-56-65</w:t>
      </w:r>
    </w:p>
    <w:p w14:paraId="3631DA7F" w14:textId="77777777" w:rsidR="003F39D1" w:rsidRDefault="003F39D1" w:rsidP="001347B0">
      <w:pPr>
        <w:widowControl w:val="0"/>
        <w:spacing w:after="0"/>
      </w:pPr>
    </w:p>
    <w:p w14:paraId="2AE4153A" w14:textId="77777777" w:rsidR="003F39D1" w:rsidRDefault="003F39D1" w:rsidP="001347B0">
      <w:pPr>
        <w:widowControl w:val="0"/>
        <w:spacing w:after="0"/>
      </w:pPr>
    </w:p>
    <w:p w14:paraId="5B713C3A" w14:textId="77777777" w:rsidR="003F39D1" w:rsidRDefault="003F39D1" w:rsidP="001347B0">
      <w:pPr>
        <w:widowControl w:val="0"/>
        <w:spacing w:after="0"/>
      </w:pPr>
    </w:p>
    <w:p w14:paraId="51ED3996" w14:textId="77777777" w:rsidR="003F39D1" w:rsidRDefault="003F39D1" w:rsidP="001347B0">
      <w:pPr>
        <w:widowControl w:val="0"/>
        <w:spacing w:after="0"/>
      </w:pPr>
    </w:p>
    <w:p w14:paraId="57359D1F" w14:textId="4315B875" w:rsidR="00B20E8B" w:rsidRPr="00CA71DA" w:rsidRDefault="003F39D1" w:rsidP="001347B0">
      <w:pPr>
        <w:widowControl w:val="0"/>
        <w:spacing w:before="480"/>
        <w:jc w:val="right"/>
      </w:pPr>
      <w:r>
        <w:t>.</w:t>
      </w:r>
      <w:r w:rsidR="00CA35AE" w:rsidRPr="00CA71DA">
        <w:rPr>
          <w:color w:val="000000"/>
          <w:sz w:val="20"/>
        </w:rPr>
        <w:t>............................................................</w:t>
      </w:r>
      <w:r w:rsidR="00CA35AE" w:rsidRPr="00CA71DA">
        <w:rPr>
          <w:color w:val="000000"/>
          <w:sz w:val="20"/>
        </w:rPr>
        <w:br/>
        <w:t>Kierownik Centrum Usług Wspólnych Gminy Dobczyce</w:t>
      </w:r>
    </w:p>
    <w:p w14:paraId="3ED9A446" w14:textId="77777777" w:rsidR="00B20E8B" w:rsidRPr="00CA71DA" w:rsidRDefault="00CA35AE">
      <w:r w:rsidRPr="00CA71DA">
        <w:br w:type="page"/>
      </w:r>
    </w:p>
    <w:p w14:paraId="3E7FEE7E" w14:textId="77777777" w:rsidR="00B20E8B" w:rsidRPr="00CA71DA" w:rsidRDefault="00CA35AE">
      <w:pPr>
        <w:pStyle w:val="Nagwek1"/>
      </w:pPr>
      <w:r w:rsidRPr="00CA71DA">
        <w:lastRenderedPageBreak/>
        <w:t>Załącznik nr 1 – szczegółowy opis przedmiotu zamówienia</w:t>
      </w:r>
    </w:p>
    <w:p w14:paraId="4CED222D" w14:textId="57CD2CFF" w:rsidR="00B20E8B" w:rsidRPr="00CA71DA" w:rsidRDefault="00CA35AE">
      <w:r w:rsidRPr="00CA71DA">
        <w:t xml:space="preserve">Wykonawca może zaoferować jedną lub więcej części. Liczby uczestników są wartościami planowanymi </w:t>
      </w:r>
      <w:r w:rsidR="00FD2E56">
        <w:br/>
      </w:r>
      <w:r w:rsidRPr="00CA71DA">
        <w:t>i mogą ulec nieznacznej zmianie po rekrutacji, bez zmiany ceny ryczałtowej części.</w:t>
      </w:r>
    </w:p>
    <w:tbl>
      <w:tblPr>
        <w:tblW w:w="9354" w:type="dxa"/>
        <w:tblInd w:w="120" w:type="dxa"/>
        <w:tblBorders>
          <w:top w:val="single" w:sz="0" w:space="0" w:color="FFF2CC"/>
          <w:left w:val="single" w:sz="0" w:space="0" w:color="FFF2CC"/>
          <w:bottom w:val="single" w:sz="0" w:space="0" w:color="FFF2CC"/>
          <w:right w:val="single" w:sz="0" w:space="0" w:color="FFF2CC"/>
          <w:insideH w:val="single" w:sz="0" w:space="0" w:color="FFF2CC"/>
          <w:insideV w:val="single" w:sz="0" w:space="0" w:color="FFF2CC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B20E8B" w:rsidRPr="00CA71DA" w14:paraId="322B34AB" w14:textId="77777777">
        <w:trPr>
          <w:cantSplit/>
        </w:trPr>
        <w:tc>
          <w:tcPr>
            <w:tcW w:w="9354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450059" w14:textId="00C40FBD" w:rsidR="00B20E8B" w:rsidRPr="00CA71DA" w:rsidRDefault="004B0742">
            <w:pPr>
              <w:spacing w:after="0"/>
            </w:pPr>
            <w:r w:rsidRPr="004B0742">
              <w:rPr>
                <w:b/>
                <w:color w:val="1F4D78"/>
                <w:sz w:val="21"/>
              </w:rPr>
              <w:t xml:space="preserve">Ważne: </w:t>
            </w:r>
            <w:r w:rsidR="006F1C17">
              <w:rPr>
                <w:bCs/>
                <w:sz w:val="21"/>
              </w:rPr>
              <w:t>Projekt</w:t>
            </w:r>
            <w:r w:rsidRPr="004B0742">
              <w:rPr>
                <w:bCs/>
                <w:sz w:val="21"/>
              </w:rPr>
              <w:t xml:space="preserve"> nie wskazuje liczby godzin dla części 11, 19 i 22. Wykonawca składający ofertę na którąkolwiek z tych części jest zobowiązany wskazać w Załączniku nr 2, w kolumnie „Forma”, liczbę godzin szkoleniowych przewidzianą dla danego szkolenia.</w:t>
            </w:r>
          </w:p>
        </w:tc>
      </w:tr>
    </w:tbl>
    <w:p w14:paraId="3E9051E6" w14:textId="77777777" w:rsidR="00B20E8B" w:rsidRPr="00CA71DA" w:rsidRDefault="00B20E8B">
      <w:pPr>
        <w:spacing w:after="0"/>
      </w:pPr>
    </w:p>
    <w:p w14:paraId="41A2ACDC" w14:textId="77777777" w:rsidR="00B20E8B" w:rsidRPr="00CA71DA" w:rsidRDefault="00CA35AE">
      <w:pPr>
        <w:pStyle w:val="Nagwek2"/>
      </w:pPr>
      <w:r w:rsidRPr="00CA71DA">
        <w:t>A. Szkolenia i kursy dla nauczycieli</w:t>
      </w:r>
    </w:p>
    <w:tbl>
      <w:tblPr>
        <w:tblW w:w="9354" w:type="dxa"/>
        <w:tblInd w:w="120" w:type="dxa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4592"/>
        <w:gridCol w:w="1134"/>
        <w:gridCol w:w="1247"/>
      </w:tblGrid>
      <w:tr w:rsidR="00B20E8B" w:rsidRPr="00CA71DA" w14:paraId="34EB0BF8" w14:textId="77777777">
        <w:trPr>
          <w:cantSplit/>
          <w:tblHeader/>
        </w:trPr>
        <w:tc>
          <w:tcPr>
            <w:tcW w:w="6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CE58A1" w14:textId="77777777" w:rsidR="00B20E8B" w:rsidRPr="00CA71DA" w:rsidRDefault="00CA35AE">
            <w:pPr>
              <w:jc w:val="center"/>
            </w:pPr>
            <w:bookmarkStart w:id="0" w:name="_Hlk236727415"/>
            <w:r w:rsidRPr="00CA71DA">
              <w:rPr>
                <w:b/>
                <w:color w:val="1F4D78"/>
                <w:sz w:val="17"/>
              </w:rPr>
              <w:t>Część</w:t>
            </w:r>
          </w:p>
        </w:tc>
        <w:tc>
          <w:tcPr>
            <w:tcW w:w="1701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2AD0C3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7"/>
              </w:rPr>
              <w:t>Szkoła</w:t>
            </w:r>
          </w:p>
        </w:tc>
        <w:tc>
          <w:tcPr>
            <w:tcW w:w="459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978C20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7"/>
              </w:rPr>
              <w:t>Temat i minimalny zakres</w:t>
            </w:r>
          </w:p>
        </w:tc>
        <w:tc>
          <w:tcPr>
            <w:tcW w:w="113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E785D0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7"/>
              </w:rPr>
              <w:t>Liczba osób</w:t>
            </w:r>
          </w:p>
        </w:tc>
        <w:tc>
          <w:tcPr>
            <w:tcW w:w="124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053C68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7"/>
              </w:rPr>
              <w:t>Godziny</w:t>
            </w:r>
          </w:p>
        </w:tc>
      </w:tr>
      <w:tr w:rsidR="00B20E8B" w:rsidRPr="00CA71DA" w14:paraId="5D4AA889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36E6B0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1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3CAD41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Dziekanowice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7DF2DF" w14:textId="7B3EF783" w:rsidR="00DF162E" w:rsidRPr="00DF162E" w:rsidRDefault="00CA35AE" w:rsidP="00DF162E">
            <w:pPr>
              <w:spacing w:after="0"/>
              <w:rPr>
                <w:color w:val="666666"/>
                <w:sz w:val="16"/>
              </w:rPr>
            </w:pPr>
            <w:r w:rsidRPr="00CA71DA">
              <w:rPr>
                <w:b/>
                <w:color w:val="000000"/>
                <w:sz w:val="17"/>
              </w:rPr>
              <w:t>Przeciwdziałanie przemocy, dyskryminacji lub nierównościom</w:t>
            </w:r>
            <w:r w:rsidRPr="00CA71DA">
              <w:rPr>
                <w:color w:val="666666"/>
                <w:sz w:val="16"/>
              </w:rPr>
              <w:br/>
            </w:r>
            <w:r w:rsidR="00DF162E">
              <w:rPr>
                <w:color w:val="666666"/>
                <w:sz w:val="16"/>
              </w:rPr>
              <w:t>Z</w:t>
            </w:r>
            <w:r w:rsidR="00DF162E" w:rsidRPr="00DF162E">
              <w:rPr>
                <w:color w:val="666666"/>
                <w:sz w:val="16"/>
              </w:rPr>
              <w:t>większenie wiedzy i kompetencji osób pracujących z dziećmi i młodzieżą w kontekście narastającej przemocy rówieśniczej,</w:t>
            </w:r>
          </w:p>
          <w:p w14:paraId="0BCF5CC0" w14:textId="2ADB3FF0" w:rsidR="00B20E8B" w:rsidRPr="00CA71DA" w:rsidRDefault="00DF162E" w:rsidP="00DF162E">
            <w:pPr>
              <w:spacing w:after="0"/>
            </w:pPr>
            <w:r w:rsidRPr="00DF162E">
              <w:rPr>
                <w:color w:val="666666"/>
                <w:sz w:val="16"/>
              </w:rPr>
              <w:t>mowy nienawiści i innych zagrożeń związanych z wykluczeniem i dyskryminacją.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25E5D4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22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EEB2B6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4</w:t>
            </w:r>
          </w:p>
        </w:tc>
      </w:tr>
      <w:tr w:rsidR="00B20E8B" w:rsidRPr="00CA71DA" w14:paraId="465A0C49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30875C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2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C58401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Dziekanowice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65DAF4" w14:textId="2F3B1444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 xml:space="preserve">Kurs trenera </w:t>
            </w:r>
            <w:proofErr w:type="spellStart"/>
            <w:r w:rsidRPr="00CA71DA">
              <w:rPr>
                <w:b/>
                <w:color w:val="000000"/>
                <w:sz w:val="17"/>
              </w:rPr>
              <w:t>grafomotoryki</w:t>
            </w:r>
            <w:proofErr w:type="spellEnd"/>
            <w:r w:rsidRPr="00CA71DA">
              <w:rPr>
                <w:color w:val="666666"/>
                <w:sz w:val="16"/>
              </w:rPr>
              <w:br/>
            </w:r>
            <w:r w:rsidR="00DF162E" w:rsidRPr="00DF162E">
              <w:rPr>
                <w:color w:val="666666"/>
                <w:sz w:val="16"/>
              </w:rPr>
              <w:t>Diagnoza sprawności grafomotorycznej dziecka. Diagnoza gotowości do pisania, nadgarstka i palców, Ćwiczenia zwiększające sprawność ręki podczas pisania, Sposoby wspomagani</w:t>
            </w:r>
            <w:r w:rsidR="00F76E0C">
              <w:rPr>
                <w:color w:val="666666"/>
                <w:sz w:val="16"/>
              </w:rPr>
              <w:t>a</w:t>
            </w:r>
            <w:r w:rsidR="00DF162E" w:rsidRPr="00DF162E">
              <w:rPr>
                <w:color w:val="666666"/>
                <w:sz w:val="16"/>
              </w:rPr>
              <w:t xml:space="preserve"> funkcji pisania.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D8C26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46488C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22</w:t>
            </w:r>
          </w:p>
        </w:tc>
      </w:tr>
      <w:tr w:rsidR="00B20E8B" w:rsidRPr="00CA71DA" w14:paraId="5E2F88C2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9615E1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3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D2058C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Stadniki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70966" w14:textId="77777777" w:rsidR="00DF162E" w:rsidRPr="00DF162E" w:rsidRDefault="00CA35AE" w:rsidP="00DF162E">
            <w:pPr>
              <w:spacing w:after="0"/>
              <w:rPr>
                <w:color w:val="666666"/>
                <w:sz w:val="16"/>
              </w:rPr>
            </w:pPr>
            <w:r w:rsidRPr="00CA71DA">
              <w:rPr>
                <w:b/>
                <w:color w:val="000000"/>
                <w:sz w:val="17"/>
              </w:rPr>
              <w:t>Przeciwdziałanie przemocy, dyskryminacji lub nierównościom</w:t>
            </w:r>
            <w:r w:rsidRPr="00CA71DA">
              <w:rPr>
                <w:color w:val="666666"/>
                <w:sz w:val="16"/>
              </w:rPr>
              <w:br/>
            </w:r>
            <w:r w:rsidR="00DF162E">
              <w:rPr>
                <w:color w:val="666666"/>
                <w:sz w:val="16"/>
              </w:rPr>
              <w:t>Z</w:t>
            </w:r>
            <w:r w:rsidR="00DF162E" w:rsidRPr="00DF162E">
              <w:rPr>
                <w:color w:val="666666"/>
                <w:sz w:val="16"/>
              </w:rPr>
              <w:t>większenie wiedzy i kompetencji osób pracujących z dziećmi i młodzieżą w kontekście narastającej przemocy rówieśniczej,</w:t>
            </w:r>
          </w:p>
          <w:p w14:paraId="4B2B9729" w14:textId="0E40486D" w:rsidR="00B20E8B" w:rsidRPr="00CA71DA" w:rsidRDefault="00DF162E" w:rsidP="00DF162E">
            <w:pPr>
              <w:spacing w:after="0"/>
            </w:pPr>
            <w:r w:rsidRPr="00DF162E">
              <w:rPr>
                <w:color w:val="666666"/>
                <w:sz w:val="16"/>
              </w:rPr>
              <w:t>mowy nienawiści i innych zagrożeń związanych z wykluczeniem i dyskryminacją.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52EEC9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11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9F8EA1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4</w:t>
            </w:r>
          </w:p>
        </w:tc>
      </w:tr>
      <w:tr w:rsidR="00B20E8B" w:rsidRPr="00CA71DA" w14:paraId="60365097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9E653F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4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9F1BDF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Stadniki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FD08C2" w14:textId="7166623F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Diagnoza logopedyczna – badanie całościowe i programowanie terapii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45F702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21DD5E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10</w:t>
            </w:r>
          </w:p>
        </w:tc>
      </w:tr>
      <w:tr w:rsidR="00B20E8B" w:rsidRPr="00CA71DA" w14:paraId="496B596C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BE8AD9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5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E16015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Stadniki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2FB069" w14:textId="77777777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 xml:space="preserve">Strategiczna metoda usprawniania realizacji fonemów w </w:t>
            </w:r>
            <w:proofErr w:type="spellStart"/>
            <w:r w:rsidRPr="00CA71DA">
              <w:rPr>
                <w:b/>
                <w:color w:val="000000"/>
                <w:sz w:val="17"/>
              </w:rPr>
              <w:t>dyslalii</w:t>
            </w:r>
            <w:proofErr w:type="spellEnd"/>
            <w:r w:rsidRPr="00CA71DA">
              <w:rPr>
                <w:b/>
                <w:color w:val="000000"/>
                <w:sz w:val="17"/>
              </w:rPr>
              <w:t xml:space="preserve"> obwodowej</w:t>
            </w:r>
            <w:r w:rsidRPr="00CA71DA">
              <w:rPr>
                <w:color w:val="666666"/>
                <w:sz w:val="16"/>
              </w:rPr>
              <w:br/>
              <w:t>Szkolenie specjalistyczne dla logopedy.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FA17B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32D6E8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16</w:t>
            </w:r>
          </w:p>
        </w:tc>
      </w:tr>
      <w:tr w:rsidR="00B20E8B" w:rsidRPr="00CA71DA" w14:paraId="535831B6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526797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6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5CE027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Stadniki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0FF8E9" w14:textId="0433291C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Pakiet ABC Logopedy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CCB3B9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179912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18</w:t>
            </w:r>
          </w:p>
        </w:tc>
      </w:tr>
      <w:tr w:rsidR="00B20E8B" w:rsidRPr="00CA71DA" w14:paraId="2603FF4C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77FBCA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7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036B13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Brzączowice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2F6097" w14:textId="1AF09165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Przeciwdziałanie przemocy, dyskryminacji lub nierównościom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994C89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20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19E8C7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4</w:t>
            </w:r>
          </w:p>
        </w:tc>
      </w:tr>
      <w:tr w:rsidR="00B20E8B" w:rsidRPr="00CA71DA" w14:paraId="67C05303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65DAC2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8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85F748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Brzączowice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6C3E7A" w14:textId="05F724E7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Elementy integracji sensorycznej w codziennej pracy nauczyciela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A5BD70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15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159D7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4</w:t>
            </w:r>
          </w:p>
        </w:tc>
      </w:tr>
      <w:tr w:rsidR="00B20E8B" w:rsidRPr="00CA71DA" w14:paraId="116EECAB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3D85FC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9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4A03F7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Brzączowice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86F863" w14:textId="00C6B2D1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Efektywna nauka w praktyce – szkolenie z Mistrzami Pamięci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F3F01D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3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4F7601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3,5</w:t>
            </w:r>
          </w:p>
        </w:tc>
      </w:tr>
      <w:tr w:rsidR="00B20E8B" w:rsidRPr="00CA71DA" w14:paraId="1FD9D923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7A099A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10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CF3C99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Brzączowice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54A9C0" w14:textId="798E056B" w:rsidR="00B20E8B" w:rsidRPr="00CA71DA" w:rsidRDefault="00AF0A71">
            <w:pPr>
              <w:spacing w:after="0"/>
            </w:pPr>
            <w:r w:rsidRPr="00DA5DC1">
              <w:rPr>
                <w:b/>
                <w:sz w:val="17"/>
              </w:rPr>
              <w:t xml:space="preserve">Usprawnianie procesu zarządzania szkołą dla kadry zarządzającej - Program rozwoju kompetencji 4K, czyli jak stworzyć szkołę przyjazną </w:t>
            </w:r>
            <w:r w:rsidR="00F76E0C">
              <w:rPr>
                <w:b/>
                <w:sz w:val="17"/>
              </w:rPr>
              <w:t>u</w:t>
            </w:r>
            <w:r w:rsidRPr="00DA5DC1">
              <w:rPr>
                <w:b/>
                <w:sz w:val="17"/>
              </w:rPr>
              <w:t>czniowi, rozwijającą kompetencje, przygotowującą do życia</w:t>
            </w:r>
            <w:r w:rsidR="00CA35AE" w:rsidRPr="00AF0A71">
              <w:rPr>
                <w:color w:val="EE0000"/>
                <w:sz w:val="16"/>
              </w:rPr>
              <w:br/>
            </w:r>
            <w:r w:rsidR="00137DFA" w:rsidRPr="00CA71DA">
              <w:rPr>
                <w:color w:val="666666"/>
                <w:sz w:val="16"/>
              </w:rPr>
              <w:t>Zarządzanie szkołą i organizacja pracy w zakresie wsparcia grup najbardziej potrzebujących.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01015E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2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9E4C17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10</w:t>
            </w:r>
          </w:p>
        </w:tc>
      </w:tr>
      <w:tr w:rsidR="00B20E8B" w:rsidRPr="00CA71DA" w14:paraId="2B727616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BD1D6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11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DA21B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Nowa Wieś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20DBD2" w14:textId="0522F98C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Przeciwdziałanie przemocy, dyskryminacji i nierównościom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9DE459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20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4E1B1A" w14:textId="7DF688E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38A33560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8E1F6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12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718E81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Nowa Wieś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4D989" w14:textId="1931F7DF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Terapia ręki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CA1B30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81BFAE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40</w:t>
            </w:r>
          </w:p>
        </w:tc>
      </w:tr>
      <w:tr w:rsidR="00B20E8B" w:rsidRPr="00CA71DA" w14:paraId="306F6EAE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43826F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lastRenderedPageBreak/>
              <w:t>13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EFBF02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Nowa Wieś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F6BAC" w14:textId="0E7A4C41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Usprawnianie procesu zarządzania szkołą</w:t>
            </w:r>
            <w:r w:rsidR="00AF0A71">
              <w:rPr>
                <w:b/>
                <w:color w:val="000000"/>
                <w:sz w:val="17"/>
              </w:rPr>
              <w:t xml:space="preserve"> dla kadry zarządzającej</w:t>
            </w:r>
            <w:r w:rsidRPr="00CA71DA">
              <w:rPr>
                <w:color w:val="666666"/>
                <w:sz w:val="16"/>
              </w:rPr>
              <w:br/>
              <w:t>Zarządzanie szkołą i organizacja pracy w zakresie wsparcia grup najbardziej potrzebujących.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5264F4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F79DD9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12</w:t>
            </w:r>
          </w:p>
        </w:tc>
      </w:tr>
      <w:tr w:rsidR="00B20E8B" w:rsidRPr="00CA71DA" w14:paraId="6F9617CE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F5C71A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14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E40BA3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Nowa Wieś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9F21DC" w14:textId="26077B89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Praca z uczniem zdolnym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E2F73A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331AC1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4</w:t>
            </w:r>
          </w:p>
        </w:tc>
      </w:tr>
      <w:tr w:rsidR="00B20E8B" w:rsidRPr="00CA71DA" w14:paraId="68DFE462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1C34CA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15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22C70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Nowa Wieś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0F6C53" w14:textId="0C8D9992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 xml:space="preserve">Trener Treningu Umiejętności Społecznych – I </w:t>
            </w:r>
            <w:proofErr w:type="spellStart"/>
            <w:r w:rsidRPr="00CA71DA">
              <w:rPr>
                <w:b/>
                <w:color w:val="000000"/>
                <w:sz w:val="17"/>
              </w:rPr>
              <w:t>i</w:t>
            </w:r>
            <w:proofErr w:type="spellEnd"/>
            <w:r w:rsidRPr="00CA71DA">
              <w:rPr>
                <w:b/>
                <w:color w:val="000000"/>
                <w:sz w:val="17"/>
              </w:rPr>
              <w:t xml:space="preserve"> II stopień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BB895D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2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918D21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30</w:t>
            </w:r>
          </w:p>
        </w:tc>
      </w:tr>
      <w:tr w:rsidR="00B20E8B" w:rsidRPr="00CA71DA" w14:paraId="31AABE12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962AF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16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BC0AB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Nowa Wieś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FB4BF2" w14:textId="23F8A811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Diagnozowanie potrzeb rozwojowych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9D4501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CF2C9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20</w:t>
            </w:r>
          </w:p>
        </w:tc>
      </w:tr>
      <w:tr w:rsidR="00B20E8B" w:rsidRPr="00CA71DA" w14:paraId="7FEE044B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4A8317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17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3FF4C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Nowa Wieś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B5B67D" w14:textId="62134C60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Trener Regulacji Emocji Dziecka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26B5E0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C0B65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20</w:t>
            </w:r>
          </w:p>
        </w:tc>
      </w:tr>
      <w:tr w:rsidR="00B20E8B" w:rsidRPr="00CA71DA" w14:paraId="5B36A1D6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27B2F2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18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08D7F0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Nowa Wieś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50ECD9" w14:textId="75234009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Drama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9B38CB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DE963E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50</w:t>
            </w:r>
          </w:p>
        </w:tc>
      </w:tr>
      <w:tr w:rsidR="00B20E8B" w:rsidRPr="00CA71DA" w14:paraId="10D43240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EB7C5C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19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0ECBA9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Kornatka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A7DDFF" w14:textId="4605BC1F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Przeciwdziałanie przemocy, dyskryminacji i nierównościom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FC640B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20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96BCC1" w14:textId="650ECEEC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19E85B4C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9877B9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20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5D011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Kornatka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7C1089" w14:textId="55A4CBDB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Usprawnianie procesu zarządzania szkołą</w:t>
            </w:r>
            <w:r w:rsidR="00137DFA">
              <w:rPr>
                <w:b/>
                <w:color w:val="000000"/>
                <w:sz w:val="17"/>
              </w:rPr>
              <w:t xml:space="preserve"> dla kadry zarządzającej</w:t>
            </w:r>
            <w:r w:rsidRPr="00CA71DA">
              <w:rPr>
                <w:color w:val="666666"/>
                <w:sz w:val="16"/>
              </w:rPr>
              <w:br/>
              <w:t>Zarządzanie szkołą i organizacja pracy w zakresie wsparcia grup najbardziej potrzebujących.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935B6A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26F741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12</w:t>
            </w:r>
          </w:p>
        </w:tc>
      </w:tr>
      <w:tr w:rsidR="00B20E8B" w:rsidRPr="00CA71DA" w14:paraId="36C6E43C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032E8E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21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1DBD0D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Kornatka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EA6FCB" w14:textId="7D34AE94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Współpraca nauczycieli z nauczycielem współorganizującym kształcenie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FA7F2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25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6AC9A7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4</w:t>
            </w:r>
          </w:p>
        </w:tc>
      </w:tr>
      <w:tr w:rsidR="00B20E8B" w:rsidRPr="00CA71DA" w14:paraId="47E24F51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2EA01A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22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C0B1CE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Kornatka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1F3B1" w14:textId="3399BCEE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Praca z uczniem w spektrum autyzmu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9EAE90" w14:textId="1A61C93C" w:rsidR="00B20E8B" w:rsidRPr="00CA443D" w:rsidRDefault="00CA35AE">
            <w:pPr>
              <w:spacing w:after="0"/>
              <w:jc w:val="center"/>
            </w:pPr>
            <w:r w:rsidRPr="00CA443D">
              <w:rPr>
                <w:sz w:val="17"/>
              </w:rPr>
              <w:t>2</w:t>
            </w:r>
            <w:r w:rsidR="007E5405" w:rsidRPr="00CA443D">
              <w:rPr>
                <w:sz w:val="17"/>
              </w:rPr>
              <w:t>5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9B74F2" w14:textId="75EF0D16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0149200E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09A360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23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CD889F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Kornatka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FF0113" w14:textId="6E3D166A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Edukacja włączająca uczniów z niepełnosprawnościami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D8EA0E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25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97DEBE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4</w:t>
            </w:r>
          </w:p>
        </w:tc>
      </w:tr>
      <w:tr w:rsidR="00B20E8B" w:rsidRPr="00CA71DA" w14:paraId="6B5A8568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F6478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24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9E2FF3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Kornatka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A27948" w14:textId="4ACECCD5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Kurs instruktora pierwszej pomocy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13B0AC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D9784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40</w:t>
            </w:r>
          </w:p>
        </w:tc>
      </w:tr>
      <w:tr w:rsidR="00B20E8B" w:rsidRPr="00CA71DA" w14:paraId="20FA2244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3B715" w14:textId="74800E46" w:rsidR="00B20E8B" w:rsidRPr="00CA71DA" w:rsidRDefault="00137DFA">
            <w:pPr>
              <w:spacing w:after="0"/>
              <w:jc w:val="center"/>
            </w:pPr>
            <w:r>
              <w:rPr>
                <w:b/>
                <w:color w:val="000000"/>
                <w:sz w:val="17"/>
              </w:rPr>
              <w:t>25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38D80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nr 2 Dobczyce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83E6A" w14:textId="77777777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Psychologiczne tło przemocy domowej</w:t>
            </w:r>
            <w:r w:rsidRPr="00CA71DA">
              <w:rPr>
                <w:color w:val="666666"/>
                <w:sz w:val="16"/>
              </w:rPr>
              <w:br/>
              <w:t>Szkoleniowa rada pedagogiczna.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F5D52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57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BF386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5</w:t>
            </w:r>
          </w:p>
        </w:tc>
      </w:tr>
      <w:tr w:rsidR="00B20E8B" w:rsidRPr="00CA71DA" w14:paraId="6A082A5A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01423A" w14:textId="6317C68E" w:rsidR="00B20E8B" w:rsidRPr="00CA71DA" w:rsidRDefault="00EE7651">
            <w:pPr>
              <w:spacing w:after="0"/>
              <w:jc w:val="center"/>
            </w:pPr>
            <w:r>
              <w:rPr>
                <w:b/>
                <w:color w:val="000000"/>
                <w:sz w:val="17"/>
              </w:rPr>
              <w:t>26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567566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nr 2 Dobczyce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E2AB15" w14:textId="642ADEE0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Terapia ręki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CA4D72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3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0A0255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10</w:t>
            </w:r>
          </w:p>
        </w:tc>
      </w:tr>
      <w:tr w:rsidR="00B20E8B" w:rsidRPr="00CA71DA" w14:paraId="2E52FB14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DB6BB" w14:textId="38CBF3D8" w:rsidR="00B20E8B" w:rsidRPr="00CA71DA" w:rsidRDefault="00EE7651">
            <w:pPr>
              <w:spacing w:after="0"/>
              <w:jc w:val="center"/>
            </w:pPr>
            <w:r>
              <w:rPr>
                <w:b/>
                <w:color w:val="000000"/>
                <w:sz w:val="17"/>
              </w:rPr>
              <w:t>27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67FD52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nr 2 Dobczyce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E2760" w14:textId="4BEDA927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Diagnoza Potrzeb Rozwojowych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E97FFD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2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DFFF53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30</w:t>
            </w:r>
          </w:p>
        </w:tc>
      </w:tr>
      <w:tr w:rsidR="00B20E8B" w:rsidRPr="00CA71DA" w14:paraId="4613ECFF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705B5" w14:textId="7DA276B7" w:rsidR="00B20E8B" w:rsidRPr="00CA71DA" w:rsidRDefault="00EE7651">
            <w:pPr>
              <w:spacing w:after="0"/>
              <w:jc w:val="center"/>
            </w:pPr>
            <w:r>
              <w:rPr>
                <w:b/>
                <w:color w:val="000000"/>
                <w:sz w:val="17"/>
              </w:rPr>
              <w:t>28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22C99F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nr 2 Dobczyce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D9C93" w14:textId="604988EA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Trener Funkcji Poznawczych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8C75A4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2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9DDEE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30</w:t>
            </w:r>
          </w:p>
        </w:tc>
      </w:tr>
      <w:tr w:rsidR="00B20E8B" w:rsidRPr="00CA71DA" w14:paraId="7EE0E5D7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77BDF2" w14:textId="4464A73D" w:rsidR="00B20E8B" w:rsidRPr="00CA71DA" w:rsidRDefault="00EE7651">
            <w:pPr>
              <w:spacing w:after="0"/>
              <w:jc w:val="center"/>
            </w:pPr>
            <w:r>
              <w:rPr>
                <w:b/>
                <w:color w:val="000000"/>
                <w:sz w:val="17"/>
              </w:rPr>
              <w:t>29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BE8F14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nr 2 Dobczyce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83EBDF" w14:textId="7888660C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Trener Regulacji Emocji Dziecka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FCC2A5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3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C41EDE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30</w:t>
            </w:r>
          </w:p>
        </w:tc>
      </w:tr>
      <w:tr w:rsidR="00B20E8B" w:rsidRPr="00CA71DA" w14:paraId="339E6F7A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DE55FB" w14:textId="2B5A1D4F" w:rsidR="00B20E8B" w:rsidRPr="00CA71DA" w:rsidRDefault="00EE7651">
            <w:pPr>
              <w:spacing w:after="0"/>
              <w:jc w:val="center"/>
            </w:pPr>
            <w:r>
              <w:rPr>
                <w:b/>
                <w:color w:val="000000"/>
                <w:sz w:val="17"/>
              </w:rPr>
              <w:t>30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953A5A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nr 2 Dobczyce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EC6310" w14:textId="77777777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Trener Metod Relaksacyjnych dla Dzieci</w:t>
            </w:r>
            <w:r w:rsidRPr="00CA71DA">
              <w:rPr>
                <w:color w:val="666666"/>
                <w:sz w:val="16"/>
              </w:rPr>
              <w:br/>
              <w:t>Konstruktywne metody radzenia sobie ze stresem.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A14AE1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3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2936C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30</w:t>
            </w:r>
          </w:p>
        </w:tc>
      </w:tr>
      <w:tr w:rsidR="00B20E8B" w:rsidRPr="00CA71DA" w14:paraId="769468DD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275B9B" w14:textId="5194129B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3</w:t>
            </w:r>
            <w:r w:rsidR="00EE7651">
              <w:rPr>
                <w:b/>
                <w:color w:val="000000"/>
                <w:sz w:val="17"/>
              </w:rPr>
              <w:t>1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F243AA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nr 2 Dobczyce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1AC259" w14:textId="77777777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Każdy inny – wszyscy równi</w:t>
            </w:r>
            <w:r w:rsidRPr="00CA71DA">
              <w:rPr>
                <w:color w:val="666666"/>
                <w:sz w:val="16"/>
              </w:rPr>
              <w:br/>
              <w:t>Szkolenie rady pedagogicznej dotyczące problemu dyskryminacji.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9EB842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57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F9358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5</w:t>
            </w:r>
          </w:p>
        </w:tc>
      </w:tr>
      <w:tr w:rsidR="00B20E8B" w:rsidRPr="00CA71DA" w14:paraId="74F08BF5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87D495" w14:textId="1FA07EBF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3</w:t>
            </w:r>
            <w:r w:rsidR="00EE7651">
              <w:rPr>
                <w:b/>
                <w:color w:val="000000"/>
                <w:sz w:val="17"/>
              </w:rPr>
              <w:t>2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F319FE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nr 2 Dobczyce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38F226" w14:textId="0EEF0B34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Trener TUS – I i II stopień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AE8394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4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FAB4A2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60</w:t>
            </w:r>
          </w:p>
        </w:tc>
      </w:tr>
    </w:tbl>
    <w:bookmarkEnd w:id="0"/>
    <w:p w14:paraId="4B361F6D" w14:textId="77777777" w:rsidR="00B20E8B" w:rsidRPr="00CA71DA" w:rsidRDefault="00CA35AE">
      <w:pPr>
        <w:pStyle w:val="Nagwek2"/>
      </w:pPr>
      <w:r w:rsidRPr="00CA71DA">
        <w:t>B. Szkolenia i warsztaty dla rodziców/opiekunów</w:t>
      </w:r>
    </w:p>
    <w:tbl>
      <w:tblPr>
        <w:tblW w:w="9354" w:type="dxa"/>
        <w:tblInd w:w="120" w:type="dxa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4592"/>
        <w:gridCol w:w="1134"/>
        <w:gridCol w:w="1247"/>
      </w:tblGrid>
      <w:tr w:rsidR="00B20E8B" w:rsidRPr="00CA71DA" w14:paraId="0A5381AC" w14:textId="77777777">
        <w:trPr>
          <w:cantSplit/>
          <w:tblHeader/>
        </w:trPr>
        <w:tc>
          <w:tcPr>
            <w:tcW w:w="6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08850" w14:textId="77777777" w:rsidR="00B20E8B" w:rsidRPr="00CA71DA" w:rsidRDefault="00CA35AE">
            <w:pPr>
              <w:jc w:val="center"/>
            </w:pPr>
            <w:bookmarkStart w:id="1" w:name="_Hlk236731054"/>
            <w:r w:rsidRPr="00CA71DA">
              <w:rPr>
                <w:b/>
                <w:color w:val="1F4D78"/>
                <w:sz w:val="17"/>
              </w:rPr>
              <w:t>Część</w:t>
            </w:r>
          </w:p>
        </w:tc>
        <w:tc>
          <w:tcPr>
            <w:tcW w:w="1701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A5E98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7"/>
              </w:rPr>
              <w:t>Szkoła</w:t>
            </w:r>
          </w:p>
        </w:tc>
        <w:tc>
          <w:tcPr>
            <w:tcW w:w="459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EBDF09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7"/>
              </w:rPr>
              <w:t>Temat i minimalny zakres</w:t>
            </w:r>
          </w:p>
        </w:tc>
        <w:tc>
          <w:tcPr>
            <w:tcW w:w="113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D832D0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7"/>
              </w:rPr>
              <w:t>Liczba osób</w:t>
            </w:r>
          </w:p>
        </w:tc>
        <w:tc>
          <w:tcPr>
            <w:tcW w:w="124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22278A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7"/>
              </w:rPr>
              <w:t>Godziny</w:t>
            </w:r>
          </w:p>
        </w:tc>
      </w:tr>
      <w:tr w:rsidR="00B20E8B" w:rsidRPr="00CA71DA" w14:paraId="3B70ECEE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A2613A" w14:textId="0AEE68CC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3</w:t>
            </w:r>
            <w:r w:rsidR="00950755">
              <w:rPr>
                <w:b/>
                <w:color w:val="000000"/>
                <w:sz w:val="17"/>
              </w:rPr>
              <w:t>3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78BB53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Dziekanowice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B71D0C" w14:textId="683FD799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Relacje i emocje – jak radzić sobie z trudnymi zachowaniami dzieci?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E20A2F" w14:textId="18FC563C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60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D8916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4 grupy × 2 edycje × 4 godz. = 32</w:t>
            </w:r>
          </w:p>
        </w:tc>
      </w:tr>
      <w:tr w:rsidR="00B20E8B" w:rsidRPr="00CA71DA" w14:paraId="6EE15B92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3E3B6D" w14:textId="13BB2011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7"/>
              </w:rPr>
              <w:t>3</w:t>
            </w:r>
            <w:r w:rsidR="00950755">
              <w:rPr>
                <w:b/>
                <w:color w:val="000000"/>
                <w:sz w:val="17"/>
              </w:rPr>
              <w:t>4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7AC40D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Stadniki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FFF84" w14:textId="317D35FA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Właściwe postawy wychowawcze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BA27CC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12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58377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10</w:t>
            </w:r>
          </w:p>
        </w:tc>
      </w:tr>
      <w:tr w:rsidR="00B20E8B" w:rsidRPr="00CA71DA" w14:paraId="4AFFC3B4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82ED18" w14:textId="2EC3F4BD" w:rsidR="00B20E8B" w:rsidRPr="00CA71DA" w:rsidRDefault="00950755">
            <w:pPr>
              <w:spacing w:after="0"/>
              <w:jc w:val="center"/>
            </w:pPr>
            <w:r>
              <w:rPr>
                <w:b/>
                <w:color w:val="000000"/>
                <w:sz w:val="17"/>
              </w:rPr>
              <w:t>35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CE91B3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Stadniki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B87404" w14:textId="3B788053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Przeciwdziałanie dyskryminacji i przemocy w internec</w:t>
            </w:r>
            <w:r w:rsidR="00DA5DC1">
              <w:rPr>
                <w:b/>
                <w:color w:val="000000"/>
                <w:sz w:val="17"/>
              </w:rPr>
              <w:t>i</w:t>
            </w:r>
            <w:r w:rsidRPr="00CA71DA">
              <w:rPr>
                <w:b/>
                <w:color w:val="000000"/>
                <w:sz w:val="17"/>
              </w:rPr>
              <w:t>e oraz cyberbezpieczeństwo uczniów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79E30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40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8C5E05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4</w:t>
            </w:r>
          </w:p>
        </w:tc>
      </w:tr>
      <w:tr w:rsidR="00B20E8B" w:rsidRPr="00CA71DA" w14:paraId="332DC7FE" w14:textId="77777777">
        <w:trPr>
          <w:cantSplit/>
        </w:trPr>
        <w:tc>
          <w:tcPr>
            <w:tcW w:w="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039AB8" w14:textId="338C3DE1" w:rsidR="00B20E8B" w:rsidRPr="00CA71DA" w:rsidRDefault="00950755">
            <w:pPr>
              <w:spacing w:after="0"/>
              <w:jc w:val="center"/>
            </w:pPr>
            <w:r>
              <w:rPr>
                <w:b/>
                <w:color w:val="000000"/>
                <w:sz w:val="17"/>
              </w:rPr>
              <w:lastRenderedPageBreak/>
              <w:t>36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5365E1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7"/>
              </w:rPr>
              <w:t>SP Brzączowice</w:t>
            </w:r>
          </w:p>
        </w:tc>
        <w:tc>
          <w:tcPr>
            <w:tcW w:w="4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7824D5" w14:textId="77777777" w:rsidR="00B20E8B" w:rsidRPr="00CA71DA" w:rsidRDefault="00CA35AE">
            <w:pPr>
              <w:spacing w:after="0"/>
            </w:pPr>
            <w:r w:rsidRPr="00CA71DA">
              <w:rPr>
                <w:b/>
                <w:color w:val="000000"/>
                <w:sz w:val="17"/>
              </w:rPr>
              <w:t>Wsparcie i komunikacja z nastolatkiem</w:t>
            </w:r>
            <w:r w:rsidRPr="00CA71DA">
              <w:rPr>
                <w:color w:val="666666"/>
                <w:sz w:val="16"/>
              </w:rPr>
              <w:br/>
              <w:t>Warsztat prowadzony przez trenera zewnętrznego.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9CCC8" w14:textId="04F1800B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30</w:t>
            </w:r>
          </w:p>
        </w:tc>
        <w:tc>
          <w:tcPr>
            <w:tcW w:w="124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A1E07C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color w:val="000000"/>
                <w:sz w:val="17"/>
              </w:rPr>
              <w:t>6 godz. × 4 edycje = 24</w:t>
            </w:r>
          </w:p>
        </w:tc>
      </w:tr>
      <w:bookmarkEnd w:id="1"/>
    </w:tbl>
    <w:p w14:paraId="0C5535AD" w14:textId="77777777" w:rsidR="00B20E8B" w:rsidRPr="00CA71DA" w:rsidRDefault="00B20E8B"/>
    <w:p w14:paraId="3BF8EE36" w14:textId="77777777" w:rsidR="00B20E8B" w:rsidRPr="00CA71DA" w:rsidRDefault="00CA35AE">
      <w:r w:rsidRPr="00CA71DA">
        <w:rPr>
          <w:b/>
          <w:color w:val="1F4D78"/>
        </w:rPr>
        <w:t>Wymagane rezultaty każdej części</w:t>
      </w:r>
    </w:p>
    <w:p w14:paraId="57D76894" w14:textId="77777777" w:rsidR="00B20E8B" w:rsidRPr="00CA71DA" w:rsidRDefault="00CA35AE">
      <w:pPr>
        <w:pStyle w:val="Listapunktowana"/>
      </w:pPr>
      <w:r w:rsidRPr="00CA71DA">
        <w:t>zrealizowanie pełnego programu i wskazanej liczby godzin;</w:t>
      </w:r>
    </w:p>
    <w:p w14:paraId="7DD3E33B" w14:textId="77777777" w:rsidR="00B20E8B" w:rsidRPr="00CA71DA" w:rsidRDefault="00CA35AE">
      <w:pPr>
        <w:pStyle w:val="Listapunktowana"/>
      </w:pPr>
      <w:r w:rsidRPr="00CA71DA">
        <w:t>udokumentowanie frekwencji i tematyki;</w:t>
      </w:r>
    </w:p>
    <w:p w14:paraId="44C15D19" w14:textId="77777777" w:rsidR="00B20E8B" w:rsidRPr="00CA71DA" w:rsidRDefault="00CA35AE">
      <w:pPr>
        <w:pStyle w:val="Listapunktowana"/>
      </w:pPr>
      <w:r w:rsidRPr="00CA71DA">
        <w:t>potwierdzenie nabycia kompetencji w procedurze przed/po;</w:t>
      </w:r>
    </w:p>
    <w:p w14:paraId="491D5BED" w14:textId="77777777" w:rsidR="00B20E8B" w:rsidRPr="00CA71DA" w:rsidRDefault="00CA35AE">
      <w:pPr>
        <w:pStyle w:val="Listapunktowana"/>
      </w:pPr>
      <w:r w:rsidRPr="00CA71DA">
        <w:t>przekazanie materiałów i imiennych zaświadczeń/certyfikatów;</w:t>
      </w:r>
    </w:p>
    <w:p w14:paraId="065C76C2" w14:textId="77777777" w:rsidR="00B20E8B" w:rsidRPr="00CA71DA" w:rsidRDefault="00CA35AE">
      <w:pPr>
        <w:pStyle w:val="Listapunktowana"/>
      </w:pPr>
      <w:r w:rsidRPr="00CA71DA">
        <w:t>przekazanie Zamawiającemu kompletnej dokumentacji rozliczeniowej.</w:t>
      </w:r>
    </w:p>
    <w:p w14:paraId="244493EB" w14:textId="77777777" w:rsidR="00B20E8B" w:rsidRPr="00CA71DA" w:rsidRDefault="00CA35AE">
      <w:r w:rsidRPr="00CA71DA">
        <w:br w:type="page"/>
      </w:r>
    </w:p>
    <w:p w14:paraId="75EB74FC" w14:textId="77777777" w:rsidR="00B20E8B" w:rsidRPr="00CA71DA" w:rsidRDefault="00CA35AE">
      <w:pPr>
        <w:pStyle w:val="Nagwek1"/>
      </w:pPr>
      <w:r w:rsidRPr="00CA71DA">
        <w:lastRenderedPageBreak/>
        <w:t>Załącznik nr 2 – formularz ofertowy</w:t>
      </w:r>
    </w:p>
    <w:p w14:paraId="64F3E6D9" w14:textId="77777777" w:rsidR="00B20E8B" w:rsidRPr="00CA71DA" w:rsidRDefault="00CA35AE">
      <w:pPr>
        <w:spacing w:after="140"/>
      </w:pPr>
      <w:r w:rsidRPr="00CA71DA">
        <w:t>Nazwa Wykonawcy: ...........................................................................................................................</w:t>
      </w:r>
    </w:p>
    <w:p w14:paraId="7BEC040C" w14:textId="77777777" w:rsidR="00B20E8B" w:rsidRPr="00CA71DA" w:rsidRDefault="00CA35AE">
      <w:pPr>
        <w:spacing w:after="140"/>
      </w:pPr>
      <w:r w:rsidRPr="00CA71DA">
        <w:t>Adres: ................................................................................................................................................</w:t>
      </w:r>
    </w:p>
    <w:p w14:paraId="28642BCF" w14:textId="77777777" w:rsidR="00B20E8B" w:rsidRPr="00CA71DA" w:rsidRDefault="00CA35AE">
      <w:pPr>
        <w:spacing w:after="140"/>
      </w:pPr>
      <w:r w:rsidRPr="00CA71DA">
        <w:t>NIP/REGON: ........................................................................................................................................</w:t>
      </w:r>
    </w:p>
    <w:p w14:paraId="25F169F6" w14:textId="77777777" w:rsidR="00B20E8B" w:rsidRPr="00CA71DA" w:rsidRDefault="00CA35AE">
      <w:pPr>
        <w:spacing w:after="140"/>
      </w:pPr>
      <w:r w:rsidRPr="00CA71DA">
        <w:t>Osoba do kontaktu: ................................................................................................................................</w:t>
      </w:r>
    </w:p>
    <w:p w14:paraId="397AB9F7" w14:textId="77777777" w:rsidR="00B20E8B" w:rsidRPr="00CA71DA" w:rsidRDefault="00CA35AE">
      <w:pPr>
        <w:spacing w:after="140"/>
      </w:pPr>
      <w:r w:rsidRPr="00CA71DA">
        <w:t>Telefon i e-mail: ...................................................................................................................................</w:t>
      </w:r>
    </w:p>
    <w:p w14:paraId="343D0A07" w14:textId="77777777" w:rsidR="00B20E8B" w:rsidRPr="00CA71DA" w:rsidRDefault="00CA35AE">
      <w:r w:rsidRPr="00CA71DA">
        <w:t>W odpowiedzi na zapytanie ofertowe dotyczące projektu FEMP.06.10-IP.01-0200/24 składam/y ofertę na wskazane poniżej części:</w:t>
      </w:r>
    </w:p>
    <w:tbl>
      <w:tblPr>
        <w:tblW w:w="9514" w:type="dxa"/>
        <w:tblInd w:w="120" w:type="dxa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3572"/>
        <w:gridCol w:w="1361"/>
        <w:gridCol w:w="850"/>
        <w:gridCol w:w="1474"/>
        <w:gridCol w:w="1531"/>
      </w:tblGrid>
      <w:tr w:rsidR="00B20E8B" w:rsidRPr="00CA71DA" w14:paraId="39B2C026" w14:textId="77777777" w:rsidTr="002E3C89">
        <w:trPr>
          <w:cantSplit/>
          <w:tblHeader/>
        </w:trPr>
        <w:tc>
          <w:tcPr>
            <w:tcW w:w="726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B68B75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6"/>
              </w:rPr>
              <w:t>Część</w:t>
            </w:r>
          </w:p>
        </w:tc>
        <w:tc>
          <w:tcPr>
            <w:tcW w:w="357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10C3FA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6"/>
              </w:rPr>
              <w:t>Szkoła / temat skrócony</w:t>
            </w:r>
          </w:p>
        </w:tc>
        <w:tc>
          <w:tcPr>
            <w:tcW w:w="1361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3AF156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6"/>
              </w:rPr>
              <w:t>Cena netto (zł)</w:t>
            </w:r>
          </w:p>
        </w:tc>
        <w:tc>
          <w:tcPr>
            <w:tcW w:w="8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494DD4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6"/>
              </w:rPr>
              <w:t>VAT</w:t>
            </w:r>
          </w:p>
        </w:tc>
        <w:tc>
          <w:tcPr>
            <w:tcW w:w="147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3B92D7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6"/>
              </w:rPr>
              <w:t>Cena brutto (zł)</w:t>
            </w:r>
          </w:p>
        </w:tc>
        <w:tc>
          <w:tcPr>
            <w:tcW w:w="1531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7CE6E6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6"/>
              </w:rPr>
              <w:t>Forma*</w:t>
            </w:r>
          </w:p>
        </w:tc>
      </w:tr>
      <w:tr w:rsidR="00B20E8B" w:rsidRPr="00CA71DA" w14:paraId="6386DEA0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824D4B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1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DC07C5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Dziekanowice</w:t>
            </w:r>
            <w:r w:rsidRPr="00CA71DA">
              <w:rPr>
                <w:color w:val="000000"/>
                <w:sz w:val="15"/>
              </w:rPr>
              <w:br/>
              <w:t>Przeciwdziałanie przemocy, dyskryminacji lub nierównościom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2DC05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F8248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15F586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78E8C7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05C5D545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179324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2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749EF3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Dziekanowice</w:t>
            </w:r>
            <w:r w:rsidRPr="00CA71DA">
              <w:rPr>
                <w:color w:val="000000"/>
                <w:sz w:val="15"/>
              </w:rPr>
              <w:br/>
              <w:t xml:space="preserve">Kurs trenera </w:t>
            </w:r>
            <w:proofErr w:type="spellStart"/>
            <w:r w:rsidRPr="00CA71DA">
              <w:rPr>
                <w:color w:val="000000"/>
                <w:sz w:val="15"/>
              </w:rPr>
              <w:t>grafomotoryki</w:t>
            </w:r>
            <w:proofErr w:type="spellEnd"/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02A612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9D98F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0BEE56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C3133C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6BDD8BF8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374D6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3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F5F521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Stadniki</w:t>
            </w:r>
            <w:r w:rsidRPr="00CA71DA">
              <w:rPr>
                <w:color w:val="000000"/>
                <w:sz w:val="15"/>
              </w:rPr>
              <w:br/>
              <w:t>Przeciwdziałanie przemocy, dyskryminacji lub nierównościom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C9E674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AC676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BC59EF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D30116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5B740C7F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4FA746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4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0FDC5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Stadniki</w:t>
            </w:r>
            <w:r w:rsidRPr="00CA71DA">
              <w:rPr>
                <w:color w:val="000000"/>
                <w:sz w:val="15"/>
              </w:rPr>
              <w:br/>
              <w:t>Diagnoza logopedyczna – badanie całościowe i programowanie terapii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A46A7F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96749C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0462C8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4E71E5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05BC9D86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1047B8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5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9C20AF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Stadniki</w:t>
            </w:r>
            <w:r w:rsidRPr="00CA71DA">
              <w:rPr>
                <w:color w:val="000000"/>
                <w:sz w:val="15"/>
              </w:rPr>
              <w:br/>
              <w:t xml:space="preserve">Strategiczna metoda usprawniania realizacji fonemów w </w:t>
            </w:r>
            <w:proofErr w:type="spellStart"/>
            <w:r w:rsidRPr="00CA71DA">
              <w:rPr>
                <w:color w:val="000000"/>
                <w:sz w:val="15"/>
              </w:rPr>
              <w:t>dyslalii</w:t>
            </w:r>
            <w:proofErr w:type="spellEnd"/>
            <w:r w:rsidRPr="00CA71DA">
              <w:rPr>
                <w:color w:val="000000"/>
                <w:sz w:val="15"/>
              </w:rPr>
              <w:t xml:space="preserve"> obwodowej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9E8DF2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87BD8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73DBEC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C8A708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6630C5FC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F3D953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6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50F1B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Stadniki</w:t>
            </w:r>
            <w:r w:rsidRPr="00CA71DA">
              <w:rPr>
                <w:color w:val="000000"/>
                <w:sz w:val="15"/>
              </w:rPr>
              <w:br/>
              <w:t>Pakiet ABC Logopedy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81635D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DB77B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4DB94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6873D6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5ED4D0A1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84E74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7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56A649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Brzączowice</w:t>
            </w:r>
            <w:r w:rsidRPr="00CA71DA">
              <w:rPr>
                <w:color w:val="000000"/>
                <w:sz w:val="15"/>
              </w:rPr>
              <w:br/>
              <w:t>Przeciwdziałanie przemocy, dyskryminacji lub nierównościom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3618F5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8520E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20E83C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7A1718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00D6DCFD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49352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8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A47AAB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Brzączowice</w:t>
            </w:r>
            <w:r w:rsidRPr="00CA71DA">
              <w:rPr>
                <w:color w:val="000000"/>
                <w:sz w:val="15"/>
              </w:rPr>
              <w:br/>
              <w:t>Elementy integracji sensorycznej w codziennej pracy nauczyciela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02CFB6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72793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E5FD8F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3D118B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170B593F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88111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9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AC5AFE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Brzączowice</w:t>
            </w:r>
            <w:r w:rsidRPr="00CA71DA">
              <w:rPr>
                <w:color w:val="000000"/>
                <w:sz w:val="15"/>
              </w:rPr>
              <w:br/>
              <w:t>Efektywna nauka w praktyce – szkolenie z Mistrzami Pamięci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2BA434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474850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AE14B4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5D301B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393CDA68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6B8CC5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10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0434F7" w14:textId="0C86E366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Brzączowice</w:t>
            </w:r>
            <w:r w:rsidRPr="00CA71DA">
              <w:rPr>
                <w:color w:val="000000"/>
                <w:sz w:val="15"/>
              </w:rPr>
              <w:br/>
            </w:r>
            <w:r w:rsidR="00EE7651" w:rsidRPr="00EE7651">
              <w:rPr>
                <w:color w:val="000000"/>
                <w:sz w:val="15"/>
              </w:rPr>
              <w:t>Usprawnianie procesu zarządzania szkołą - Program rozwoju kompetencji 4K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70A194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366EF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0B331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74CDE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70228E0E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93A810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11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A35750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Nowa Wieś</w:t>
            </w:r>
            <w:r w:rsidRPr="00CA71DA">
              <w:rPr>
                <w:color w:val="000000"/>
                <w:sz w:val="15"/>
              </w:rPr>
              <w:br/>
              <w:t>Przeciwdziałanie przemocy, dyskryminacji i nierównościom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59684F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038D25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4A943D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5D329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048D9299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097D5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12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BDC42F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Nowa Wieś</w:t>
            </w:r>
            <w:r w:rsidRPr="00CA71DA">
              <w:rPr>
                <w:color w:val="000000"/>
                <w:sz w:val="15"/>
              </w:rPr>
              <w:br/>
              <w:t>Terapia ręki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C1803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D21C3C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91E811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80857B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034E8418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3D975A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13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43222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Nowa Wieś</w:t>
            </w:r>
            <w:r w:rsidRPr="00CA71DA">
              <w:rPr>
                <w:color w:val="000000"/>
                <w:sz w:val="15"/>
              </w:rPr>
              <w:br/>
              <w:t>Usprawnianie procesu zarządzania szkołą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642569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FBE591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A2BCE6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5997F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2651691C" w14:textId="77777777" w:rsidTr="002E3C89">
        <w:trPr>
          <w:cantSplit/>
        </w:trPr>
        <w:tc>
          <w:tcPr>
            <w:tcW w:w="7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2E2FDB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14</w:t>
            </w:r>
          </w:p>
        </w:tc>
        <w:tc>
          <w:tcPr>
            <w:tcW w:w="3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EEC08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Nowa Wieś</w:t>
            </w:r>
            <w:r w:rsidRPr="00CA71DA">
              <w:rPr>
                <w:color w:val="000000"/>
                <w:sz w:val="15"/>
              </w:rPr>
              <w:br/>
              <w:t>Praca z uczniem zdolnym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E1C90C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EA988B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EAD568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09A024" w14:textId="77777777" w:rsidR="00B20E8B" w:rsidRPr="00CA71DA" w:rsidRDefault="00B20E8B">
            <w:pPr>
              <w:spacing w:after="0"/>
              <w:jc w:val="center"/>
            </w:pPr>
          </w:p>
        </w:tc>
      </w:tr>
    </w:tbl>
    <w:p w14:paraId="1C3A1D75" w14:textId="6ED5F8E7" w:rsidR="00B20E8B" w:rsidRPr="00CA71DA" w:rsidRDefault="00B20E8B"/>
    <w:tbl>
      <w:tblPr>
        <w:tblW w:w="9539" w:type="dxa"/>
        <w:tblInd w:w="120" w:type="dxa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3457"/>
        <w:gridCol w:w="1321"/>
        <w:gridCol w:w="828"/>
        <w:gridCol w:w="1429"/>
        <w:gridCol w:w="1635"/>
      </w:tblGrid>
      <w:tr w:rsidR="00B20E8B" w:rsidRPr="00CA71DA" w14:paraId="155AD2BA" w14:textId="77777777" w:rsidTr="002E3C89">
        <w:trPr>
          <w:cantSplit/>
          <w:trHeight w:val="326"/>
          <w:tblHeader/>
        </w:trPr>
        <w:tc>
          <w:tcPr>
            <w:tcW w:w="869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88D383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6"/>
              </w:rPr>
              <w:lastRenderedPageBreak/>
              <w:t>Część</w:t>
            </w:r>
          </w:p>
        </w:tc>
        <w:tc>
          <w:tcPr>
            <w:tcW w:w="345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2749C5" w14:textId="77777777" w:rsidR="00B20E8B" w:rsidRPr="00CA71DA" w:rsidRDefault="00CA35AE" w:rsidP="002E3C89">
            <w:pPr>
              <w:ind w:left="178"/>
              <w:jc w:val="center"/>
            </w:pPr>
            <w:r w:rsidRPr="00CA71DA">
              <w:rPr>
                <w:b/>
                <w:color w:val="1F4D78"/>
                <w:sz w:val="16"/>
              </w:rPr>
              <w:t>Szkoła / temat skrócony</w:t>
            </w:r>
          </w:p>
        </w:tc>
        <w:tc>
          <w:tcPr>
            <w:tcW w:w="1321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5C3BE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6"/>
              </w:rPr>
              <w:t>Cena netto (zł)</w:t>
            </w:r>
          </w:p>
        </w:tc>
        <w:tc>
          <w:tcPr>
            <w:tcW w:w="82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2F3D7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6"/>
              </w:rPr>
              <w:t>VAT</w:t>
            </w:r>
          </w:p>
        </w:tc>
        <w:tc>
          <w:tcPr>
            <w:tcW w:w="1429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015233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6"/>
              </w:rPr>
              <w:t>Cena brutto (zł)</w:t>
            </w:r>
          </w:p>
        </w:tc>
        <w:tc>
          <w:tcPr>
            <w:tcW w:w="1635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BB593A" w14:textId="77777777" w:rsidR="00B20E8B" w:rsidRPr="00CA71DA" w:rsidRDefault="00CA35AE">
            <w:pPr>
              <w:jc w:val="center"/>
            </w:pPr>
            <w:r w:rsidRPr="00CA71DA">
              <w:rPr>
                <w:b/>
                <w:color w:val="1F4D78"/>
                <w:sz w:val="16"/>
              </w:rPr>
              <w:t>Forma*</w:t>
            </w:r>
          </w:p>
        </w:tc>
      </w:tr>
      <w:tr w:rsidR="00B20E8B" w:rsidRPr="00CA71DA" w14:paraId="3E7CFA18" w14:textId="77777777" w:rsidTr="002E3C89">
        <w:trPr>
          <w:cantSplit/>
          <w:trHeight w:val="598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2D614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15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B930E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Nowa Wieś</w:t>
            </w:r>
            <w:r w:rsidRPr="00CA71DA">
              <w:rPr>
                <w:color w:val="000000"/>
                <w:sz w:val="15"/>
              </w:rPr>
              <w:br/>
              <w:t xml:space="preserve">Trener Treningu Umiejętności Społecznych – I </w:t>
            </w:r>
            <w:proofErr w:type="spellStart"/>
            <w:r w:rsidRPr="00CA71DA">
              <w:rPr>
                <w:color w:val="000000"/>
                <w:sz w:val="15"/>
              </w:rPr>
              <w:t>i</w:t>
            </w:r>
            <w:proofErr w:type="spellEnd"/>
            <w:r w:rsidRPr="00CA71DA">
              <w:rPr>
                <w:color w:val="000000"/>
                <w:sz w:val="15"/>
              </w:rPr>
              <w:t xml:space="preserve"> II stopień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57F76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A7C9FA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FC5C40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6BFAAF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1BF5E409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93418F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16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46F8CB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Nowa Wieś</w:t>
            </w:r>
            <w:r w:rsidRPr="00CA71DA">
              <w:rPr>
                <w:color w:val="000000"/>
                <w:sz w:val="15"/>
              </w:rPr>
              <w:br/>
              <w:t>Diagnozowanie potrzeb rozwojowych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C36887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DC248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6329AF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42FD22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7CBF663D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39E936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17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4A272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Nowa Wieś</w:t>
            </w:r>
            <w:r w:rsidRPr="00CA71DA">
              <w:rPr>
                <w:color w:val="000000"/>
                <w:sz w:val="15"/>
              </w:rPr>
              <w:br/>
              <w:t>Trener Regulacji Emocji Dziecka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C8C37B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003E3F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60B468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F5B220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1D11499B" w14:textId="77777777" w:rsidTr="002E3C89">
        <w:trPr>
          <w:cantSplit/>
          <w:trHeight w:val="408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23296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18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1B8B39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Nowa Wieś</w:t>
            </w:r>
            <w:r w:rsidRPr="00CA71DA">
              <w:rPr>
                <w:color w:val="000000"/>
                <w:sz w:val="15"/>
              </w:rPr>
              <w:br/>
              <w:t>Drama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B8BE4F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69A3CD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BDFE24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CB5890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37121BC6" w14:textId="77777777" w:rsidTr="002E3C89">
        <w:trPr>
          <w:cantSplit/>
          <w:trHeight w:val="598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41891D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19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35F427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Kornatka</w:t>
            </w:r>
            <w:r w:rsidRPr="00CA71DA">
              <w:rPr>
                <w:color w:val="000000"/>
                <w:sz w:val="15"/>
              </w:rPr>
              <w:br/>
              <w:t>Przeciwdziałanie przemocy, dyskryminacji i nierównościom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E4551C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A1DDF2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CC97C2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6B749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30DB5DA2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C053DE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20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E5CCB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Kornatka</w:t>
            </w:r>
            <w:r w:rsidRPr="00CA71DA">
              <w:rPr>
                <w:color w:val="000000"/>
                <w:sz w:val="15"/>
              </w:rPr>
              <w:br/>
              <w:t>Usprawnianie procesu zarządzania szkołą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1A95DE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F40905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0AAE1A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C5F881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6D7B38B7" w14:textId="77777777" w:rsidTr="002E3C89">
        <w:trPr>
          <w:cantSplit/>
          <w:trHeight w:val="598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3D17D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21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886BF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Kornatka</w:t>
            </w:r>
            <w:r w:rsidRPr="00CA71DA">
              <w:rPr>
                <w:color w:val="000000"/>
                <w:sz w:val="15"/>
              </w:rPr>
              <w:br/>
              <w:t>Współpraca nauczycieli z nauczycielem współorganizującym kształcenie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61B2A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8CE290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DC9304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0DF16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17EBFB78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3BA9A3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22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E78E16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Kornatka</w:t>
            </w:r>
            <w:r w:rsidRPr="00CA71DA">
              <w:rPr>
                <w:color w:val="000000"/>
                <w:sz w:val="15"/>
              </w:rPr>
              <w:br/>
              <w:t>Praca z uczniem w spektrum autyzmu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429A7E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D8599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B36C4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0E487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77578ADF" w14:textId="77777777" w:rsidTr="002E3C89">
        <w:trPr>
          <w:cantSplit/>
          <w:trHeight w:val="598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AD7B3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23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1D534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Kornatka</w:t>
            </w:r>
            <w:r w:rsidRPr="00CA71DA">
              <w:rPr>
                <w:color w:val="000000"/>
                <w:sz w:val="15"/>
              </w:rPr>
              <w:br/>
              <w:t>Edukacja włączająca uczniów z niepełnosprawnościami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D0A4D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B100B8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755708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988CA0" w14:textId="77777777" w:rsidR="00B20E8B" w:rsidRPr="00CA71DA" w:rsidRDefault="00B20E8B">
            <w:pPr>
              <w:spacing w:after="0"/>
              <w:jc w:val="center"/>
            </w:pPr>
          </w:p>
        </w:tc>
      </w:tr>
      <w:tr w:rsidR="00B20E8B" w:rsidRPr="00CA71DA" w14:paraId="772DB28B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7886B" w14:textId="77777777" w:rsidR="00B20E8B" w:rsidRPr="00CA71DA" w:rsidRDefault="00CA35AE">
            <w:pPr>
              <w:spacing w:after="0"/>
              <w:jc w:val="center"/>
            </w:pPr>
            <w:r w:rsidRPr="00CA71DA">
              <w:rPr>
                <w:b/>
                <w:color w:val="000000"/>
                <w:sz w:val="15"/>
              </w:rPr>
              <w:t>24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B95C8B" w14:textId="77777777" w:rsidR="00B20E8B" w:rsidRPr="00CA71DA" w:rsidRDefault="00CA35AE">
            <w:pPr>
              <w:spacing w:after="0"/>
            </w:pPr>
            <w:r w:rsidRPr="00CA71DA">
              <w:rPr>
                <w:color w:val="000000"/>
                <w:sz w:val="15"/>
              </w:rPr>
              <w:t>SP Kornatka</w:t>
            </w:r>
            <w:r w:rsidRPr="00CA71DA">
              <w:rPr>
                <w:color w:val="000000"/>
                <w:sz w:val="15"/>
              </w:rPr>
              <w:br/>
              <w:t>Kurs instruktora pierwszej pomocy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201B15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BBE59E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64DB4D" w14:textId="77777777" w:rsidR="00B20E8B" w:rsidRPr="00CA71DA" w:rsidRDefault="00B20E8B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E1162" w14:textId="77777777" w:rsidR="00B20E8B" w:rsidRPr="00CA71DA" w:rsidRDefault="00B20E8B">
            <w:pPr>
              <w:spacing w:after="0"/>
              <w:jc w:val="center"/>
            </w:pPr>
          </w:p>
        </w:tc>
      </w:tr>
      <w:tr w:rsidR="00A905FD" w:rsidRPr="00CA71DA" w14:paraId="1F04AC52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A1BC1E" w14:textId="3D635864" w:rsidR="00A905FD" w:rsidRPr="00CA71DA" w:rsidRDefault="00950755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25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BAA497" w14:textId="77777777" w:rsidR="00A905FD" w:rsidRPr="00CA71DA" w:rsidRDefault="00A905FD">
            <w:pPr>
              <w:spacing w:after="0"/>
            </w:pPr>
            <w:r w:rsidRPr="00CA71DA">
              <w:rPr>
                <w:color w:val="000000"/>
                <w:sz w:val="15"/>
              </w:rPr>
              <w:t>SP nr 2 Dobczyce</w:t>
            </w:r>
            <w:r w:rsidRPr="00CA71DA">
              <w:rPr>
                <w:color w:val="000000"/>
                <w:sz w:val="15"/>
              </w:rPr>
              <w:br/>
              <w:t>Psychologiczne tło przemocy domowej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48F898" w14:textId="77777777" w:rsidR="00A905FD" w:rsidRPr="00CA71DA" w:rsidRDefault="00A905FD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759A7C" w14:textId="77777777" w:rsidR="00A905FD" w:rsidRPr="00CA71DA" w:rsidRDefault="00A905FD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B48663" w14:textId="77777777" w:rsidR="00A905FD" w:rsidRPr="00CA71DA" w:rsidRDefault="00A905FD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46572" w14:textId="77777777" w:rsidR="00A905FD" w:rsidRPr="00CA71DA" w:rsidRDefault="00A905FD">
            <w:pPr>
              <w:spacing w:after="0"/>
              <w:jc w:val="center"/>
            </w:pPr>
          </w:p>
        </w:tc>
      </w:tr>
      <w:tr w:rsidR="00A905FD" w:rsidRPr="00CA71DA" w14:paraId="11212283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537A78" w14:textId="77E67ED8" w:rsidR="00A905FD" w:rsidRPr="00CA71DA" w:rsidRDefault="00950755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26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8DF54E" w14:textId="77777777" w:rsidR="00A905FD" w:rsidRPr="00CA71DA" w:rsidRDefault="00A905FD">
            <w:pPr>
              <w:spacing w:after="0"/>
            </w:pPr>
            <w:r w:rsidRPr="00CA71DA">
              <w:rPr>
                <w:color w:val="000000"/>
                <w:sz w:val="15"/>
              </w:rPr>
              <w:t>SP nr 2 Dobczyce</w:t>
            </w:r>
            <w:r w:rsidRPr="00CA71DA">
              <w:rPr>
                <w:color w:val="000000"/>
                <w:sz w:val="15"/>
              </w:rPr>
              <w:br/>
              <w:t>Terapia ręki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089584" w14:textId="77777777" w:rsidR="00A905FD" w:rsidRPr="00CA71DA" w:rsidRDefault="00A905FD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CBD2C" w14:textId="77777777" w:rsidR="00A905FD" w:rsidRPr="00CA71DA" w:rsidRDefault="00A905FD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D2211D" w14:textId="77777777" w:rsidR="00A905FD" w:rsidRPr="00CA71DA" w:rsidRDefault="00A905FD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4D5775" w14:textId="77777777" w:rsidR="00A905FD" w:rsidRPr="00CA71DA" w:rsidRDefault="00A905FD">
            <w:pPr>
              <w:spacing w:after="0"/>
              <w:jc w:val="center"/>
            </w:pPr>
          </w:p>
        </w:tc>
      </w:tr>
      <w:tr w:rsidR="00A905FD" w:rsidRPr="00CA71DA" w14:paraId="1D46E7A4" w14:textId="77777777" w:rsidTr="002E3C89">
        <w:trPr>
          <w:cantSplit/>
          <w:trHeight w:val="408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35AA92" w14:textId="1E602178" w:rsidR="00A905FD" w:rsidRPr="00CA71DA" w:rsidRDefault="00950755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27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D789C" w14:textId="77777777" w:rsidR="00A905FD" w:rsidRPr="00CA71DA" w:rsidRDefault="00A905FD">
            <w:pPr>
              <w:spacing w:after="0"/>
            </w:pPr>
            <w:r w:rsidRPr="00CA71DA">
              <w:rPr>
                <w:color w:val="000000"/>
                <w:sz w:val="15"/>
              </w:rPr>
              <w:t>SP nr 2 Dobczyce</w:t>
            </w:r>
            <w:r w:rsidRPr="00CA71DA">
              <w:rPr>
                <w:color w:val="000000"/>
                <w:sz w:val="15"/>
              </w:rPr>
              <w:br/>
              <w:t>Diagnoza Potrzeb Rozwojowych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68BCC8" w14:textId="77777777" w:rsidR="00A905FD" w:rsidRPr="00CA71DA" w:rsidRDefault="00A905FD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1F22C4" w14:textId="77777777" w:rsidR="00A905FD" w:rsidRPr="00CA71DA" w:rsidRDefault="00A905FD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859870" w14:textId="77777777" w:rsidR="00A905FD" w:rsidRPr="00CA71DA" w:rsidRDefault="00A905FD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35D55C" w14:textId="77777777" w:rsidR="00A905FD" w:rsidRPr="00CA71DA" w:rsidRDefault="00A905FD">
            <w:pPr>
              <w:spacing w:after="0"/>
              <w:jc w:val="center"/>
            </w:pPr>
          </w:p>
        </w:tc>
      </w:tr>
      <w:tr w:rsidR="00A905FD" w:rsidRPr="00CA71DA" w14:paraId="06302B5B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31416A" w14:textId="725E1580" w:rsidR="00A905FD" w:rsidRPr="00CA71DA" w:rsidRDefault="00950755">
            <w:pPr>
              <w:spacing w:after="0"/>
              <w:jc w:val="center"/>
            </w:pPr>
            <w:r>
              <w:rPr>
                <w:b/>
                <w:color w:val="000000"/>
                <w:sz w:val="15"/>
              </w:rPr>
              <w:t>28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A75A3F" w14:textId="77777777" w:rsidR="00A905FD" w:rsidRPr="00CA71DA" w:rsidRDefault="00A905FD">
            <w:pPr>
              <w:spacing w:after="0"/>
            </w:pPr>
            <w:r w:rsidRPr="00CA71DA">
              <w:rPr>
                <w:color w:val="000000"/>
                <w:sz w:val="15"/>
              </w:rPr>
              <w:t>SP nr 2 Dobczyce</w:t>
            </w:r>
            <w:r w:rsidRPr="00CA71DA">
              <w:rPr>
                <w:color w:val="000000"/>
                <w:sz w:val="15"/>
              </w:rPr>
              <w:br/>
              <w:t>Trener Funkcji Poznawczych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DFB74" w14:textId="77777777" w:rsidR="00A905FD" w:rsidRPr="00CA71DA" w:rsidRDefault="00A905FD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45F71" w14:textId="77777777" w:rsidR="00A905FD" w:rsidRPr="00CA71DA" w:rsidRDefault="00A905FD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2E44C5" w14:textId="77777777" w:rsidR="00A905FD" w:rsidRPr="00CA71DA" w:rsidRDefault="00A905FD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1127CA" w14:textId="77777777" w:rsidR="00A905FD" w:rsidRPr="00CA71DA" w:rsidRDefault="00A905FD">
            <w:pPr>
              <w:spacing w:after="0"/>
              <w:jc w:val="center"/>
            </w:pPr>
          </w:p>
        </w:tc>
      </w:tr>
      <w:tr w:rsidR="002E3C89" w:rsidRPr="00CA71DA" w14:paraId="7CD136D5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7C2874" w14:textId="18FFE952" w:rsidR="002E3C89" w:rsidRPr="00CA71DA" w:rsidRDefault="00950755" w:rsidP="002E3C89">
            <w:pPr>
              <w:spacing w:after="0"/>
              <w:jc w:val="center"/>
              <w:rPr>
                <w:b/>
                <w:color w:val="000000"/>
                <w:sz w:val="15"/>
              </w:rPr>
            </w:pPr>
            <w:r>
              <w:rPr>
                <w:b/>
                <w:color w:val="000000"/>
                <w:sz w:val="15"/>
              </w:rPr>
              <w:t>29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28A8B4" w14:textId="36E3069F" w:rsidR="002E3C89" w:rsidRPr="00CA71DA" w:rsidRDefault="002E3C89" w:rsidP="002E3C89">
            <w:pPr>
              <w:spacing w:after="0"/>
              <w:rPr>
                <w:color w:val="000000"/>
                <w:sz w:val="15"/>
              </w:rPr>
            </w:pPr>
            <w:r w:rsidRPr="00CA71DA">
              <w:rPr>
                <w:color w:val="000000"/>
                <w:sz w:val="15"/>
              </w:rPr>
              <w:t>SP nr 2 Dobczyce</w:t>
            </w:r>
            <w:r w:rsidRPr="00CA71DA">
              <w:rPr>
                <w:color w:val="000000"/>
                <w:sz w:val="15"/>
              </w:rPr>
              <w:br/>
              <w:t>Trener Regulacji Emocji Dziecka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DCF4EF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AD2BE5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79DD70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30E515" w14:textId="77777777" w:rsidR="002E3C89" w:rsidRPr="00CA71DA" w:rsidRDefault="002E3C89" w:rsidP="002E3C89">
            <w:pPr>
              <w:spacing w:after="0"/>
              <w:jc w:val="center"/>
            </w:pPr>
          </w:p>
        </w:tc>
      </w:tr>
      <w:tr w:rsidR="002E3C89" w:rsidRPr="00CA71DA" w14:paraId="3614AD63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4CBA5" w14:textId="3FB61587" w:rsidR="002E3C89" w:rsidRPr="00CA71DA" w:rsidRDefault="00950755" w:rsidP="002E3C89">
            <w:pPr>
              <w:spacing w:after="0"/>
              <w:jc w:val="center"/>
              <w:rPr>
                <w:b/>
                <w:color w:val="000000"/>
                <w:sz w:val="15"/>
              </w:rPr>
            </w:pPr>
            <w:r>
              <w:rPr>
                <w:b/>
                <w:color w:val="000000"/>
                <w:sz w:val="15"/>
              </w:rPr>
              <w:t>30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455B52" w14:textId="16F21333" w:rsidR="002E3C89" w:rsidRPr="00CA71DA" w:rsidRDefault="002E3C89" w:rsidP="002E3C89">
            <w:pPr>
              <w:spacing w:after="0"/>
              <w:rPr>
                <w:color w:val="000000"/>
                <w:sz w:val="15"/>
              </w:rPr>
            </w:pPr>
            <w:r w:rsidRPr="00CA71DA">
              <w:rPr>
                <w:color w:val="000000"/>
                <w:sz w:val="15"/>
              </w:rPr>
              <w:t>SP nr 2 Dobczyce</w:t>
            </w:r>
            <w:r w:rsidRPr="00CA71DA">
              <w:rPr>
                <w:color w:val="000000"/>
                <w:sz w:val="15"/>
              </w:rPr>
              <w:br/>
              <w:t>Trener Metod Relaksacyjnych dla Dzieci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CD4595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F35B72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07D0B2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DE23EB" w14:textId="77777777" w:rsidR="002E3C89" w:rsidRPr="00CA71DA" w:rsidRDefault="002E3C89" w:rsidP="002E3C89">
            <w:pPr>
              <w:spacing w:after="0"/>
              <w:jc w:val="center"/>
            </w:pPr>
          </w:p>
        </w:tc>
      </w:tr>
      <w:tr w:rsidR="002E3C89" w:rsidRPr="00CA71DA" w14:paraId="2CC83537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81715C" w14:textId="7DC4EF38" w:rsidR="002E3C89" w:rsidRPr="00CA71DA" w:rsidRDefault="002E3C89" w:rsidP="002E3C89">
            <w:pPr>
              <w:spacing w:after="0"/>
              <w:jc w:val="center"/>
              <w:rPr>
                <w:b/>
                <w:color w:val="000000"/>
                <w:sz w:val="15"/>
              </w:rPr>
            </w:pPr>
            <w:r w:rsidRPr="00CA71DA">
              <w:rPr>
                <w:b/>
                <w:color w:val="000000"/>
                <w:sz w:val="15"/>
              </w:rPr>
              <w:t>3</w:t>
            </w:r>
            <w:r w:rsidR="00950755">
              <w:rPr>
                <w:b/>
                <w:color w:val="000000"/>
                <w:sz w:val="15"/>
              </w:rPr>
              <w:t>1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E6E2C4" w14:textId="5E7C47D6" w:rsidR="002E3C89" w:rsidRPr="00CA71DA" w:rsidRDefault="002E3C89" w:rsidP="002E3C89">
            <w:pPr>
              <w:spacing w:after="0"/>
              <w:rPr>
                <w:color w:val="000000"/>
                <w:sz w:val="15"/>
              </w:rPr>
            </w:pPr>
            <w:r w:rsidRPr="00CA71DA">
              <w:rPr>
                <w:color w:val="000000"/>
                <w:sz w:val="15"/>
              </w:rPr>
              <w:t>SP nr 2 Dobczyce</w:t>
            </w:r>
            <w:r w:rsidRPr="00CA71DA">
              <w:rPr>
                <w:color w:val="000000"/>
                <w:sz w:val="15"/>
              </w:rPr>
              <w:br/>
              <w:t>Każdy inny – wszyscy równi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9634ED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7912A8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CD9776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388160" w14:textId="77777777" w:rsidR="002E3C89" w:rsidRPr="00CA71DA" w:rsidRDefault="002E3C89" w:rsidP="002E3C89">
            <w:pPr>
              <w:spacing w:after="0"/>
              <w:jc w:val="center"/>
            </w:pPr>
          </w:p>
        </w:tc>
      </w:tr>
      <w:tr w:rsidR="002E3C89" w:rsidRPr="00CA71DA" w14:paraId="3B5E9F58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458912" w14:textId="12171B87" w:rsidR="002E3C89" w:rsidRPr="00CA71DA" w:rsidRDefault="002E3C89" w:rsidP="002E3C89">
            <w:pPr>
              <w:spacing w:after="0"/>
              <w:jc w:val="center"/>
              <w:rPr>
                <w:b/>
                <w:color w:val="000000"/>
                <w:sz w:val="15"/>
              </w:rPr>
            </w:pPr>
            <w:r w:rsidRPr="00CA71DA">
              <w:rPr>
                <w:b/>
                <w:color w:val="000000"/>
                <w:sz w:val="15"/>
              </w:rPr>
              <w:t>3</w:t>
            </w:r>
            <w:r w:rsidR="00950755">
              <w:rPr>
                <w:b/>
                <w:color w:val="000000"/>
                <w:sz w:val="15"/>
              </w:rPr>
              <w:t>2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A83DAC" w14:textId="11EA3A8D" w:rsidR="002E3C89" w:rsidRPr="00CA71DA" w:rsidRDefault="002E3C89" w:rsidP="002E3C89">
            <w:pPr>
              <w:spacing w:after="0"/>
              <w:rPr>
                <w:color w:val="000000"/>
                <w:sz w:val="15"/>
              </w:rPr>
            </w:pPr>
            <w:r w:rsidRPr="00CA71DA">
              <w:rPr>
                <w:color w:val="000000"/>
                <w:sz w:val="15"/>
              </w:rPr>
              <w:t>SP nr 2 Dobczyce</w:t>
            </w:r>
            <w:r w:rsidRPr="00CA71DA">
              <w:rPr>
                <w:color w:val="000000"/>
                <w:sz w:val="15"/>
              </w:rPr>
              <w:br/>
              <w:t xml:space="preserve">Trener TUS – I </w:t>
            </w:r>
            <w:proofErr w:type="spellStart"/>
            <w:r w:rsidRPr="00CA71DA">
              <w:rPr>
                <w:color w:val="000000"/>
                <w:sz w:val="15"/>
              </w:rPr>
              <w:t>i</w:t>
            </w:r>
            <w:proofErr w:type="spellEnd"/>
            <w:r w:rsidRPr="00CA71DA">
              <w:rPr>
                <w:color w:val="000000"/>
                <w:sz w:val="15"/>
              </w:rPr>
              <w:t xml:space="preserve"> II stopień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52C9EC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1945CA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973550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E54397" w14:textId="77777777" w:rsidR="002E3C89" w:rsidRPr="00CA71DA" w:rsidRDefault="002E3C89" w:rsidP="002E3C89">
            <w:pPr>
              <w:spacing w:after="0"/>
              <w:jc w:val="center"/>
            </w:pPr>
          </w:p>
        </w:tc>
      </w:tr>
      <w:tr w:rsidR="002E3C89" w:rsidRPr="00CA71DA" w14:paraId="2E26E459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4762AE" w14:textId="3FD7DC00" w:rsidR="002E3C89" w:rsidRPr="00CA71DA" w:rsidRDefault="002E3C89" w:rsidP="002E3C89">
            <w:pPr>
              <w:spacing w:after="0"/>
              <w:jc w:val="center"/>
              <w:rPr>
                <w:b/>
                <w:color w:val="000000"/>
                <w:sz w:val="15"/>
              </w:rPr>
            </w:pPr>
            <w:r w:rsidRPr="00CA71DA">
              <w:rPr>
                <w:b/>
                <w:color w:val="000000"/>
                <w:sz w:val="15"/>
              </w:rPr>
              <w:t>3</w:t>
            </w:r>
            <w:r w:rsidR="00950755">
              <w:rPr>
                <w:b/>
                <w:color w:val="000000"/>
                <w:sz w:val="15"/>
              </w:rPr>
              <w:t>3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A19D3B" w14:textId="3E082531" w:rsidR="002E3C89" w:rsidRPr="00CA71DA" w:rsidRDefault="002E3C89" w:rsidP="002E3C89">
            <w:pPr>
              <w:spacing w:after="0"/>
              <w:rPr>
                <w:color w:val="000000"/>
                <w:sz w:val="15"/>
              </w:rPr>
            </w:pPr>
            <w:r w:rsidRPr="00CA71DA">
              <w:rPr>
                <w:color w:val="000000"/>
                <w:sz w:val="15"/>
              </w:rPr>
              <w:t>SP Dziekanowice</w:t>
            </w:r>
            <w:r w:rsidRPr="00CA71DA">
              <w:rPr>
                <w:color w:val="000000"/>
                <w:sz w:val="15"/>
              </w:rPr>
              <w:br/>
              <w:t>Relacje i emocje – jak radzić sobie z trudnymi zachowaniami dzieci?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19A91D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799EB8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CAC2E0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A2D089" w14:textId="77777777" w:rsidR="002E3C89" w:rsidRPr="00CA71DA" w:rsidRDefault="002E3C89" w:rsidP="002E3C89">
            <w:pPr>
              <w:spacing w:after="0"/>
              <w:jc w:val="center"/>
            </w:pPr>
          </w:p>
        </w:tc>
      </w:tr>
      <w:tr w:rsidR="002E3C89" w:rsidRPr="00CA71DA" w14:paraId="72680E39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DA93D1" w14:textId="77B0C963" w:rsidR="002E3C89" w:rsidRPr="00CA71DA" w:rsidRDefault="002E3C89" w:rsidP="002E3C89">
            <w:pPr>
              <w:spacing w:after="0"/>
              <w:jc w:val="center"/>
              <w:rPr>
                <w:b/>
                <w:color w:val="000000"/>
                <w:sz w:val="15"/>
              </w:rPr>
            </w:pPr>
            <w:r w:rsidRPr="00CA71DA">
              <w:rPr>
                <w:b/>
                <w:color w:val="000000"/>
                <w:sz w:val="15"/>
              </w:rPr>
              <w:t>3</w:t>
            </w:r>
            <w:r w:rsidR="00950755">
              <w:rPr>
                <w:b/>
                <w:color w:val="000000"/>
                <w:sz w:val="15"/>
              </w:rPr>
              <w:t>4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657551" w14:textId="4579C81A" w:rsidR="002E3C89" w:rsidRPr="00CA71DA" w:rsidRDefault="002E3C89" w:rsidP="002E3C89">
            <w:pPr>
              <w:spacing w:after="0"/>
              <w:rPr>
                <w:color w:val="000000"/>
                <w:sz w:val="15"/>
              </w:rPr>
            </w:pPr>
            <w:r w:rsidRPr="00CA71DA">
              <w:rPr>
                <w:color w:val="000000"/>
                <w:sz w:val="15"/>
              </w:rPr>
              <w:t>SP Stadniki</w:t>
            </w:r>
            <w:r w:rsidRPr="00CA71DA">
              <w:rPr>
                <w:color w:val="000000"/>
                <w:sz w:val="15"/>
              </w:rPr>
              <w:br/>
              <w:t>Właściwe postawy wychowawcze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28DB3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2EDBC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3719BF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E35CB4" w14:textId="77777777" w:rsidR="002E3C89" w:rsidRPr="00CA71DA" w:rsidRDefault="002E3C89" w:rsidP="002E3C89">
            <w:pPr>
              <w:spacing w:after="0"/>
              <w:jc w:val="center"/>
            </w:pPr>
          </w:p>
        </w:tc>
      </w:tr>
      <w:tr w:rsidR="002E3C89" w:rsidRPr="00CA71DA" w14:paraId="13410BCB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BB386E" w14:textId="750E789E" w:rsidR="002E3C89" w:rsidRPr="00CA71DA" w:rsidRDefault="00950755" w:rsidP="002E3C89">
            <w:pPr>
              <w:spacing w:after="0"/>
              <w:jc w:val="center"/>
              <w:rPr>
                <w:b/>
                <w:color w:val="000000"/>
                <w:sz w:val="15"/>
              </w:rPr>
            </w:pPr>
            <w:r>
              <w:rPr>
                <w:b/>
                <w:color w:val="000000"/>
                <w:sz w:val="15"/>
              </w:rPr>
              <w:t>35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09107" w14:textId="5B0B61BC" w:rsidR="002E3C89" w:rsidRPr="00CA71DA" w:rsidRDefault="002E3C89" w:rsidP="002E3C89">
            <w:pPr>
              <w:spacing w:after="0"/>
              <w:rPr>
                <w:color w:val="000000"/>
                <w:sz w:val="15"/>
              </w:rPr>
            </w:pPr>
            <w:r w:rsidRPr="00CA71DA">
              <w:rPr>
                <w:color w:val="000000"/>
                <w:sz w:val="15"/>
              </w:rPr>
              <w:t>SP Stadniki</w:t>
            </w:r>
            <w:r w:rsidRPr="00CA71DA">
              <w:rPr>
                <w:color w:val="000000"/>
                <w:sz w:val="15"/>
              </w:rPr>
              <w:br/>
              <w:t xml:space="preserve">Przeciwdziałanie dyskryminacji i przemocy w internecie oraz </w:t>
            </w:r>
            <w:r w:rsidR="00950755" w:rsidRPr="00950755">
              <w:rPr>
                <w:color w:val="000000"/>
                <w:sz w:val="15"/>
              </w:rPr>
              <w:t>cyberbezpieczeństwo uczniów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7894CF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F185D2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77ABD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1CA05F" w14:textId="77777777" w:rsidR="002E3C89" w:rsidRPr="00CA71DA" w:rsidRDefault="002E3C89" w:rsidP="002E3C89">
            <w:pPr>
              <w:spacing w:after="0"/>
              <w:jc w:val="center"/>
            </w:pPr>
          </w:p>
        </w:tc>
      </w:tr>
      <w:tr w:rsidR="002E3C89" w:rsidRPr="00CA71DA" w14:paraId="50D83F32" w14:textId="77777777" w:rsidTr="002E3C89">
        <w:trPr>
          <w:cantSplit/>
          <w:trHeight w:val="394"/>
        </w:trPr>
        <w:tc>
          <w:tcPr>
            <w:tcW w:w="86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47BC78" w14:textId="26535CAD" w:rsidR="002E3C89" w:rsidRPr="00CA71DA" w:rsidRDefault="00950755" w:rsidP="002E3C89">
            <w:pPr>
              <w:spacing w:after="0"/>
              <w:jc w:val="center"/>
              <w:rPr>
                <w:b/>
                <w:color w:val="000000"/>
                <w:sz w:val="15"/>
              </w:rPr>
            </w:pPr>
            <w:r>
              <w:rPr>
                <w:b/>
                <w:color w:val="000000"/>
                <w:sz w:val="15"/>
              </w:rPr>
              <w:lastRenderedPageBreak/>
              <w:t>36</w:t>
            </w:r>
          </w:p>
        </w:tc>
        <w:tc>
          <w:tcPr>
            <w:tcW w:w="345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1605DC" w14:textId="3A262948" w:rsidR="002E3C89" w:rsidRPr="00CA71DA" w:rsidRDefault="002E3C89" w:rsidP="002E3C89">
            <w:pPr>
              <w:spacing w:after="0"/>
              <w:rPr>
                <w:color w:val="000000"/>
                <w:sz w:val="15"/>
              </w:rPr>
            </w:pPr>
            <w:r w:rsidRPr="00CA71DA">
              <w:rPr>
                <w:color w:val="000000"/>
                <w:sz w:val="15"/>
              </w:rPr>
              <w:t>SP Brzączowice</w:t>
            </w:r>
            <w:r w:rsidRPr="00CA71DA">
              <w:rPr>
                <w:color w:val="000000"/>
                <w:sz w:val="15"/>
              </w:rPr>
              <w:br/>
              <w:t>Wsparcie i komunikacja z nastolatkiem</w:t>
            </w:r>
          </w:p>
        </w:tc>
        <w:tc>
          <w:tcPr>
            <w:tcW w:w="132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EBA096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8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7C8843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4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845027" w14:textId="77777777" w:rsidR="002E3C89" w:rsidRPr="00CA71DA" w:rsidRDefault="002E3C89" w:rsidP="002E3C89">
            <w:pPr>
              <w:spacing w:after="0"/>
              <w:jc w:val="center"/>
            </w:pPr>
          </w:p>
        </w:tc>
        <w:tc>
          <w:tcPr>
            <w:tcW w:w="163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3AB87" w14:textId="77777777" w:rsidR="002E3C89" w:rsidRPr="00CA71DA" w:rsidRDefault="002E3C89" w:rsidP="002E3C89">
            <w:pPr>
              <w:spacing w:after="0"/>
              <w:jc w:val="center"/>
            </w:pPr>
          </w:p>
        </w:tc>
      </w:tr>
    </w:tbl>
    <w:p w14:paraId="7EF8A7E5" w14:textId="21BAB61F" w:rsidR="00B20E8B" w:rsidRPr="00CA71DA" w:rsidRDefault="00B20E8B"/>
    <w:p w14:paraId="79C3BA32" w14:textId="4D8A1D7A" w:rsidR="00B20E8B" w:rsidRPr="00CA71DA" w:rsidRDefault="00CA35AE">
      <w:pPr>
        <w:spacing w:before="80"/>
      </w:pPr>
      <w:r w:rsidRPr="00CA71DA">
        <w:rPr>
          <w:i/>
          <w:color w:val="666666"/>
          <w:sz w:val="17"/>
        </w:rPr>
        <w:t xml:space="preserve">* Wpisać: stacjonarna, </w:t>
      </w:r>
      <w:r w:rsidR="00B85178">
        <w:rPr>
          <w:i/>
          <w:color w:val="666666"/>
          <w:sz w:val="17"/>
        </w:rPr>
        <w:t>zdalna</w:t>
      </w:r>
      <w:r w:rsidRPr="00CA71DA">
        <w:rPr>
          <w:i/>
          <w:color w:val="666666"/>
          <w:sz w:val="17"/>
        </w:rPr>
        <w:t>, e-learning lub mieszana. Dla części praktycznych należy wskazać miejsce realizacji.</w:t>
      </w:r>
    </w:p>
    <w:p w14:paraId="6E4016DA" w14:textId="77777777" w:rsidR="00A905FD" w:rsidRDefault="00A905FD">
      <w:pPr>
        <w:pStyle w:val="Nagwek2"/>
      </w:pPr>
    </w:p>
    <w:p w14:paraId="64CB0E31" w14:textId="2AC1F77C" w:rsidR="00B20E8B" w:rsidRPr="00CA71DA" w:rsidRDefault="00CA35AE">
      <w:pPr>
        <w:pStyle w:val="Nagwek2"/>
      </w:pPr>
      <w:r w:rsidRPr="00CA71DA">
        <w:t>Oświadczenia Wykonawcy</w:t>
      </w:r>
    </w:p>
    <w:p w14:paraId="5CEC5BB8" w14:textId="77777777" w:rsidR="00B20E8B" w:rsidRPr="00CA71DA" w:rsidRDefault="00CA35AE">
      <w:pPr>
        <w:pStyle w:val="Listapunktowana"/>
      </w:pPr>
      <w:r w:rsidRPr="00CA71DA">
        <w:t>Oświadczam/y, że: Zapoznałem/</w:t>
      </w:r>
      <w:proofErr w:type="spellStart"/>
      <w:r w:rsidRPr="00CA71DA">
        <w:t>am</w:t>
      </w:r>
      <w:proofErr w:type="spellEnd"/>
      <w:r w:rsidRPr="00CA71DA">
        <w:t xml:space="preserve"> się z zapytaniem ofertowym i akceptuję jego warunki.</w:t>
      </w:r>
    </w:p>
    <w:p w14:paraId="72878D96" w14:textId="77777777" w:rsidR="00B20E8B" w:rsidRPr="00CA71DA" w:rsidRDefault="00CA35AE">
      <w:pPr>
        <w:pStyle w:val="Listapunktowana"/>
      </w:pPr>
      <w:r w:rsidRPr="00CA71DA">
        <w:t>Oświadczam/y, że: Podane ceny obejmują wszystkie koszty realizacji oferowanych części i pozostaną niezmienne przez okres związania ofertą.</w:t>
      </w:r>
    </w:p>
    <w:p w14:paraId="554FBB56" w14:textId="77777777" w:rsidR="00B20E8B" w:rsidRPr="00CA71DA" w:rsidRDefault="00CA35AE">
      <w:pPr>
        <w:pStyle w:val="Listapunktowana"/>
      </w:pPr>
      <w:r w:rsidRPr="00CA71DA">
        <w:t>Oświadczam/y, że: Dysponuję kadrą o kwalifikacjach i doświadczeniu odpowiednich do oferowanych części.</w:t>
      </w:r>
    </w:p>
    <w:p w14:paraId="24F21E5A" w14:textId="77777777" w:rsidR="00B20E8B" w:rsidRPr="00CA71DA" w:rsidRDefault="00CA35AE">
      <w:pPr>
        <w:pStyle w:val="Listapunktowana"/>
      </w:pPr>
      <w:r w:rsidRPr="00CA71DA">
        <w:t>Oświadczam/y, że: Nie zachodzi konflikt interesów ani powiązanie osobowe lub kapitałowe mogące naruszać bezstronność postępowania.</w:t>
      </w:r>
    </w:p>
    <w:p w14:paraId="77832CA5" w14:textId="77777777" w:rsidR="00B20E8B" w:rsidRPr="00CA71DA" w:rsidRDefault="00CA35AE">
      <w:pPr>
        <w:pStyle w:val="Listapunktowana"/>
      </w:pPr>
      <w:r w:rsidRPr="00CA71DA">
        <w:t>Oświadczam/y, że: Wyrażam zgodę na przetwarzanie danych zawartych w ofercie w celu przeprowadzenia postępowania i realizacji zamówienia.</w:t>
      </w:r>
    </w:p>
    <w:p w14:paraId="0AA1F6E1" w14:textId="77777777" w:rsidR="00A905FD" w:rsidRDefault="00A905FD">
      <w:pPr>
        <w:spacing w:before="520"/>
      </w:pPr>
    </w:p>
    <w:p w14:paraId="59A32AE6" w14:textId="2BB99BFD" w:rsidR="00B20E8B" w:rsidRPr="00CA71DA" w:rsidRDefault="00CA35AE">
      <w:pPr>
        <w:spacing w:before="520"/>
      </w:pPr>
      <w:r w:rsidRPr="00CA71DA">
        <w:t>Miejscowość i data: .......................................................................</w:t>
      </w:r>
    </w:p>
    <w:p w14:paraId="63B1AE5E" w14:textId="77777777" w:rsidR="00B20E8B" w:rsidRDefault="00CA35AE">
      <w:pPr>
        <w:spacing w:before="400"/>
        <w:jc w:val="right"/>
      </w:pPr>
      <w:r w:rsidRPr="00CA71DA">
        <w:t>........................................................................</w:t>
      </w:r>
      <w:r w:rsidRPr="00CA71DA">
        <w:br/>
        <w:t>(podpis osoby uprawnionej)</w:t>
      </w:r>
    </w:p>
    <w:sectPr w:rsidR="00B20E8B" w:rsidSect="00F76E0C">
      <w:headerReference w:type="default" r:id="rId8"/>
      <w:footerReference w:type="default" r:id="rId9"/>
      <w:pgSz w:w="11906" w:h="16838"/>
      <w:pgMar w:top="0" w:right="1247" w:bottom="1134" w:left="124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3B4B6" w14:textId="77777777" w:rsidR="00CA35AE" w:rsidRPr="00CA71DA" w:rsidRDefault="00CA35AE">
      <w:pPr>
        <w:spacing w:after="0" w:line="240" w:lineRule="auto"/>
      </w:pPr>
      <w:r w:rsidRPr="00CA71DA">
        <w:separator/>
      </w:r>
    </w:p>
  </w:endnote>
  <w:endnote w:type="continuationSeparator" w:id="0">
    <w:p w14:paraId="30D5D62A" w14:textId="77777777" w:rsidR="00CA35AE" w:rsidRPr="00CA71DA" w:rsidRDefault="00CA35AE">
      <w:pPr>
        <w:spacing w:after="0" w:line="240" w:lineRule="auto"/>
      </w:pPr>
      <w:r w:rsidRPr="00CA71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EFC9" w14:textId="77777777" w:rsidR="00B20E8B" w:rsidRPr="00CA71DA" w:rsidRDefault="00CA35AE">
    <w:pPr>
      <w:pStyle w:val="Stopka"/>
      <w:jc w:val="right"/>
    </w:pPr>
    <w:r w:rsidRPr="00CA71DA">
      <w:rPr>
        <w:color w:val="666666"/>
        <w:sz w:val="17"/>
      </w:rPr>
      <w:t xml:space="preserve">Strona </w:t>
    </w:r>
    <w:r w:rsidRPr="00CA71DA">
      <w:fldChar w:fldCharType="begin"/>
    </w:r>
    <w:r w:rsidRPr="00CA71DA">
      <w:instrText>PAGE</w:instrText>
    </w:r>
    <w:r w:rsidRPr="00CA71DA">
      <w:fldChar w:fldCharType="separate"/>
    </w:r>
    <w:r w:rsidR="00CF3A75" w:rsidRPr="00CA71DA">
      <w:t>1</w:t>
    </w:r>
    <w:r w:rsidRPr="00CA71DA">
      <w:fldChar w:fldCharType="end"/>
    </w:r>
    <w:r w:rsidRPr="00CA71DA">
      <w:rPr>
        <w:color w:val="666666"/>
        <w:sz w:val="17"/>
      </w:rPr>
      <w:t xml:space="preserve"> z </w:t>
    </w:r>
    <w:r w:rsidRPr="00CA71DA">
      <w:fldChar w:fldCharType="begin"/>
    </w:r>
    <w:r w:rsidRPr="00CA71DA">
      <w:instrText>NUMPAGES</w:instrText>
    </w:r>
    <w:r w:rsidRPr="00CA71DA">
      <w:fldChar w:fldCharType="separate"/>
    </w:r>
    <w:r w:rsidR="00CF3A75" w:rsidRPr="00CA71DA">
      <w:t>2</w:t>
    </w:r>
    <w:r w:rsidRPr="00CA71D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2C0D0" w14:textId="77777777" w:rsidR="00CA35AE" w:rsidRPr="00CA71DA" w:rsidRDefault="00CA35AE">
      <w:pPr>
        <w:spacing w:after="0" w:line="240" w:lineRule="auto"/>
      </w:pPr>
      <w:r w:rsidRPr="00CA71DA">
        <w:separator/>
      </w:r>
    </w:p>
  </w:footnote>
  <w:footnote w:type="continuationSeparator" w:id="0">
    <w:p w14:paraId="5FEA23FE" w14:textId="77777777" w:rsidR="00CA35AE" w:rsidRPr="00CA71DA" w:rsidRDefault="00CA35AE">
      <w:pPr>
        <w:spacing w:after="0" w:line="240" w:lineRule="auto"/>
      </w:pPr>
      <w:r w:rsidRPr="00CA71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C87A" w14:textId="7562961A" w:rsidR="00B20E8B" w:rsidRPr="00CA71DA" w:rsidRDefault="00A905FD" w:rsidP="00A905FD">
    <w:pPr>
      <w:pStyle w:val="Nagwek"/>
      <w:ind w:hanging="284"/>
    </w:pPr>
    <w:r>
      <w:rPr>
        <w:noProof/>
      </w:rPr>
      <w:drawing>
        <wp:inline distT="0" distB="0" distL="0" distR="0" wp14:anchorId="622558C8" wp14:editId="7284B799">
          <wp:extent cx="6514801" cy="517584"/>
          <wp:effectExtent l="0" t="0" r="0" b="0"/>
          <wp:docPr id="2099424978" name="Obraz 4" descr="Tytuł: Pasek z logotypami w kolorze — opis: Znaki od lewej: Fundusze Europejskie z podpisem dla Małopolski, Rzeczpospolita Polska, Unia Europejska z podpisem Dofinansowane przez Unię Europejską, Małopolska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Tytuł: Pasek z logotypami w kolorze — opis: Znaki od lewej: Fundusze Europejskie z podpisem dla Małopolski, Rzeczpospolita Polska, Unia Europejska z podpisem Dofinansowane przez Unię Europejską, Małopolska.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80" t="-18729" r="-1080" b="-18729"/>
                  <a:stretch>
                    <a:fillRect/>
                  </a:stretch>
                </pic:blipFill>
                <pic:spPr bwMode="auto">
                  <a:xfrm>
                    <a:off x="0" y="0"/>
                    <a:ext cx="6784557" cy="539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131263"/>
    <w:multiLevelType w:val="hybridMultilevel"/>
    <w:tmpl w:val="2B6A0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714639"/>
    <w:multiLevelType w:val="hybridMultilevel"/>
    <w:tmpl w:val="E1029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307566">
    <w:abstractNumId w:val="8"/>
  </w:num>
  <w:num w:numId="2" w16cid:durableId="528303255">
    <w:abstractNumId w:val="6"/>
  </w:num>
  <w:num w:numId="3" w16cid:durableId="611061271">
    <w:abstractNumId w:val="5"/>
  </w:num>
  <w:num w:numId="4" w16cid:durableId="1791238298">
    <w:abstractNumId w:val="4"/>
  </w:num>
  <w:num w:numId="5" w16cid:durableId="1454055443">
    <w:abstractNumId w:val="7"/>
  </w:num>
  <w:num w:numId="6" w16cid:durableId="1095983270">
    <w:abstractNumId w:val="3"/>
  </w:num>
  <w:num w:numId="7" w16cid:durableId="51200621">
    <w:abstractNumId w:val="2"/>
  </w:num>
  <w:num w:numId="8" w16cid:durableId="1561136430">
    <w:abstractNumId w:val="1"/>
  </w:num>
  <w:num w:numId="9" w16cid:durableId="1200433305">
    <w:abstractNumId w:val="0"/>
  </w:num>
  <w:num w:numId="10" w16cid:durableId="114372226">
    <w:abstractNumId w:val="10"/>
  </w:num>
  <w:num w:numId="11" w16cid:durableId="17479926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4485"/>
    <w:rsid w:val="001347B0"/>
    <w:rsid w:val="00137DFA"/>
    <w:rsid w:val="0015074B"/>
    <w:rsid w:val="0029639D"/>
    <w:rsid w:val="002A28C6"/>
    <w:rsid w:val="002E3C89"/>
    <w:rsid w:val="002F730F"/>
    <w:rsid w:val="00326F90"/>
    <w:rsid w:val="00396C2D"/>
    <w:rsid w:val="003F39D1"/>
    <w:rsid w:val="004A68D2"/>
    <w:rsid w:val="004B0742"/>
    <w:rsid w:val="004E4BF6"/>
    <w:rsid w:val="004F6247"/>
    <w:rsid w:val="00537CAB"/>
    <w:rsid w:val="00563E7B"/>
    <w:rsid w:val="00580D46"/>
    <w:rsid w:val="006C1B1C"/>
    <w:rsid w:val="006F1C17"/>
    <w:rsid w:val="007E5405"/>
    <w:rsid w:val="00817662"/>
    <w:rsid w:val="00842B2A"/>
    <w:rsid w:val="008511C7"/>
    <w:rsid w:val="008E2253"/>
    <w:rsid w:val="00950755"/>
    <w:rsid w:val="009570B3"/>
    <w:rsid w:val="00A905FD"/>
    <w:rsid w:val="00A91DF2"/>
    <w:rsid w:val="00AA1D8D"/>
    <w:rsid w:val="00AF0A71"/>
    <w:rsid w:val="00B20E8B"/>
    <w:rsid w:val="00B47730"/>
    <w:rsid w:val="00B85178"/>
    <w:rsid w:val="00BD4A37"/>
    <w:rsid w:val="00BE7D3C"/>
    <w:rsid w:val="00C22871"/>
    <w:rsid w:val="00CA35AE"/>
    <w:rsid w:val="00CA443D"/>
    <w:rsid w:val="00CA71DA"/>
    <w:rsid w:val="00CB0664"/>
    <w:rsid w:val="00CC0EE7"/>
    <w:rsid w:val="00CF3A75"/>
    <w:rsid w:val="00D0241F"/>
    <w:rsid w:val="00DA5DC1"/>
    <w:rsid w:val="00DF162E"/>
    <w:rsid w:val="00EB6D3A"/>
    <w:rsid w:val="00EE7651"/>
    <w:rsid w:val="00F7600A"/>
    <w:rsid w:val="00F76E0C"/>
    <w:rsid w:val="00F815B6"/>
    <w:rsid w:val="00FC693F"/>
    <w:rsid w:val="00FD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F8F73B1"/>
  <w14:defaultImageDpi w14:val="300"/>
  <w15:docId w15:val="{8075CBCF-AAD2-439B-8593-FFA98D4A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264" w:lineRule="auto"/>
    </w:pPr>
    <w:rPr>
      <w:rFonts w:ascii="Calibri" w:hAnsi="Calibri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spacing w:after="80" w:line="280" w:lineRule="auto"/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spacing w:after="80" w:line="280" w:lineRule="auto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spacing w:after="80" w:line="280" w:lineRule="auto"/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9</Pages>
  <Words>2113</Words>
  <Characters>12680</Characters>
  <Application>Microsoft Office Word</Application>
  <DocSecurity>0</DocSecurity>
  <Lines>105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Zapytanie ofertowe – szkolenia REW 2026</vt:lpstr>
      <vt:lpstr/>
    </vt:vector>
  </TitlesOfParts>
  <Manager/>
  <Company/>
  <LinksUpToDate>false</LinksUpToDate>
  <CharactersWithSpaces>14764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– szkolenia REW 2026</dc:title>
  <dc:subject>Projekt FEMP.06.10-IP.01-0200/24</dc:subject>
  <dc:creator>Centrum Usług Wspólnych Gminy Dobczyce</dc:creator>
  <cp:keywords>zapytanie ofertowe, szkolenia, edukacja włączająca, FEMP</cp:keywords>
  <dc:description>generated by python-docx</dc:description>
  <cp:lastModifiedBy>Joanna Misiorek</cp:lastModifiedBy>
  <cp:revision>25</cp:revision>
  <dcterms:created xsi:type="dcterms:W3CDTF">2026-08-03T11:19:00Z</dcterms:created>
  <dcterms:modified xsi:type="dcterms:W3CDTF">2026-08-05T09:49:00Z</dcterms:modified>
  <cp:category/>
</cp:coreProperties>
</file>